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79972" w14:textId="77777777" w:rsidR="00B10ECB" w:rsidRPr="004C645E" w:rsidRDefault="00B10ECB">
      <w:pPr>
        <w:spacing w:line="276" w:lineRule="auto"/>
        <w:rPr>
          <w:lang w:val="es-ES"/>
        </w:rPr>
      </w:pPr>
    </w:p>
    <w:p w14:paraId="4AF6859A" w14:textId="77777777" w:rsidR="00B10ECB" w:rsidRPr="004C645E" w:rsidRDefault="000A1599">
      <w:pPr>
        <w:spacing w:line="276" w:lineRule="auto"/>
        <w:jc w:val="center"/>
        <w:rPr>
          <w:lang w:val="es-ES"/>
        </w:rPr>
      </w:pPr>
      <w:r w:rsidRPr="004C645E">
        <w:rPr>
          <w:b/>
          <w:color w:val="2C6C42"/>
          <w:sz w:val="40"/>
          <w:lang w:val="es-ES"/>
        </w:rPr>
        <w:t>FORMULARIOS DE POSTULACIÓN</w:t>
      </w:r>
    </w:p>
    <w:p w14:paraId="6E7040F4" w14:textId="77777777" w:rsidR="00B10ECB" w:rsidRPr="004C645E" w:rsidRDefault="000A1599">
      <w:pPr>
        <w:spacing w:line="276" w:lineRule="auto"/>
        <w:jc w:val="center"/>
        <w:rPr>
          <w:lang w:val="es-ES"/>
        </w:rPr>
      </w:pPr>
      <w:r w:rsidRPr="004C645E">
        <w:rPr>
          <w:b/>
          <w:sz w:val="32"/>
          <w:lang w:val="es-ES"/>
        </w:rPr>
        <w:t>CONCURSO “Agro-Future Joint Lab”</w:t>
      </w:r>
    </w:p>
    <w:p w14:paraId="6378D2F0" w14:textId="77777777" w:rsidR="00B10ECB" w:rsidRPr="004C645E" w:rsidRDefault="000A1599">
      <w:pPr>
        <w:spacing w:line="276" w:lineRule="auto"/>
        <w:jc w:val="center"/>
        <w:rPr>
          <w:lang w:val="es-ES"/>
        </w:rPr>
      </w:pPr>
      <w:r w:rsidRPr="004C645E">
        <w:rPr>
          <w:b/>
          <w:color w:val="2A5082"/>
          <w:sz w:val="24"/>
          <w:lang w:val="es-ES"/>
        </w:rPr>
        <w:t>Universidad Autónoma de Chile + Martínez &amp; Valdivieso</w:t>
      </w:r>
    </w:p>
    <w:p w14:paraId="2D413C99" w14:textId="77777777" w:rsidR="00B10ECB" w:rsidRPr="004C645E" w:rsidRDefault="00B10ECB">
      <w:pPr>
        <w:spacing w:line="276" w:lineRule="auto"/>
        <w:rPr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B10ECB" w:rsidRPr="00DF2CB9" w14:paraId="75E19593" w14:textId="77777777">
        <w:trPr>
          <w:jc w:val="center"/>
        </w:trPr>
        <w:tc>
          <w:tcPr>
            <w:tcW w:w="5040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E7347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8"/>
                <w:lang w:val="es-ES"/>
              </w:rPr>
              <w:t>Documento</w:t>
            </w:r>
          </w:p>
        </w:tc>
        <w:tc>
          <w:tcPr>
            <w:tcW w:w="5040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593F63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8"/>
                <w:lang w:val="es-ES"/>
              </w:rPr>
              <w:t>Anexos de postulación para el Concurso Agro-Future Joint Lab.</w:t>
            </w:r>
          </w:p>
        </w:tc>
      </w:tr>
      <w:tr w:rsidR="00B10ECB" w:rsidRPr="00DF2CB9" w14:paraId="001A8100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3415B8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8"/>
                <w:lang w:val="es-ES"/>
              </w:rPr>
              <w:t>Propósito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234A5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8"/>
                <w:lang w:val="es-ES"/>
              </w:rPr>
              <w:t>Presentar proyectos de base científica y tecnológica orientados a desarrollar Prototipos Mínimos Viables (PMV) para responder a retos estratégicos de Martínez &amp; Valdivieso.</w:t>
            </w:r>
          </w:p>
        </w:tc>
      </w:tr>
      <w:tr w:rsidR="00B10ECB" w:rsidRPr="00DF2CB9" w14:paraId="10553D99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D39593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8"/>
                <w:lang w:val="es-ES"/>
              </w:rPr>
              <w:t>Financiamiento máximo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DE133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8"/>
                <w:lang w:val="es-ES"/>
              </w:rPr>
              <w:t>Hasta $5.000.000 por proyecto, administrado conforme al presupuesto aprobado.</w:t>
            </w:r>
          </w:p>
        </w:tc>
      </w:tr>
      <w:tr w:rsidR="00B10ECB" w:rsidRPr="004C645E" w14:paraId="7262C0F0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28DAFE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8"/>
                <w:lang w:val="es-ES"/>
              </w:rPr>
              <w:t>Duración máxima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615E6" w14:textId="52513772" w:rsidR="00B10ECB" w:rsidRPr="004C645E" w:rsidRDefault="004C645E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8"/>
                <w:lang w:val="es-ES"/>
              </w:rPr>
              <w:t xml:space="preserve">6 </w:t>
            </w:r>
            <w:r w:rsidR="000A1599" w:rsidRPr="004C645E">
              <w:rPr>
                <w:sz w:val="18"/>
                <w:lang w:val="es-ES"/>
              </w:rPr>
              <w:t>meses de ejecución.</w:t>
            </w:r>
          </w:p>
        </w:tc>
      </w:tr>
    </w:tbl>
    <w:p w14:paraId="5190B3B8" w14:textId="77777777" w:rsidR="00B10ECB" w:rsidRPr="004C645E" w:rsidRDefault="000A1599">
      <w:pPr>
        <w:spacing w:line="276" w:lineRule="auto"/>
        <w:jc w:val="both"/>
        <w:rPr>
          <w:lang w:val="es-ES"/>
        </w:rPr>
      </w:pPr>
      <w:r w:rsidRPr="004C645E">
        <w:rPr>
          <w:lang w:val="es-ES"/>
        </w:rPr>
        <w:t>Instrucción general: completar todos los campos solicitados. Las respuestas deben ser precisas, verificables y coherentes con las bases del concurso. Las solicitudes incompletas podrán ser declaradas fuera de bases.</w:t>
      </w:r>
    </w:p>
    <w:p w14:paraId="374B6F7D" w14:textId="77777777" w:rsidR="00B10ECB" w:rsidRPr="004C645E" w:rsidRDefault="000A1599">
      <w:pPr>
        <w:spacing w:line="276" w:lineRule="auto"/>
        <w:rPr>
          <w:lang w:val="es-ES"/>
        </w:rPr>
      </w:pPr>
      <w:r w:rsidRPr="004C645E">
        <w:rPr>
          <w:lang w:val="es-ES"/>
        </w:rPr>
        <w:br w:type="page"/>
      </w:r>
    </w:p>
    <w:p w14:paraId="6400D97D" w14:textId="77777777" w:rsidR="00B10ECB" w:rsidRPr="004C645E" w:rsidRDefault="000A1599">
      <w:pPr>
        <w:pStyle w:val="Ttulo1"/>
        <w:spacing w:before="240" w:after="120" w:line="276" w:lineRule="auto"/>
        <w:rPr>
          <w:lang w:val="es-ES"/>
        </w:rPr>
      </w:pPr>
      <w:r w:rsidRPr="004C645E">
        <w:rPr>
          <w:rFonts w:ascii="Verdana" w:eastAsia="Verdana" w:hAnsi="Verdana"/>
          <w:sz w:val="20"/>
          <w:lang w:val="es-ES"/>
        </w:rPr>
        <w:lastRenderedPageBreak/>
        <w:t>ANEXO N°1. FORMULARIO DE POSTULACIÓN</w:t>
      </w:r>
    </w:p>
    <w:p w14:paraId="0FA46A67" w14:textId="77777777" w:rsidR="00B10ECB" w:rsidRPr="004C645E" w:rsidRDefault="000A1599">
      <w:pPr>
        <w:spacing w:line="276" w:lineRule="auto"/>
        <w:jc w:val="both"/>
        <w:rPr>
          <w:lang w:val="es-ES"/>
        </w:rPr>
      </w:pPr>
      <w:r w:rsidRPr="004C645E">
        <w:rPr>
          <w:lang w:val="es-ES"/>
        </w:rPr>
        <w:t>El presente formulario permite evaluar la pertinencia, calidad técnica, factibilidad de ejecución, potencial de transferencia y contribución de la propuesta a los retos estratégicos definidos por Martínez &amp; Valdivieso. Debe ser completado por el/la director/a responsable y firmado por las instancias que correspondan.</w:t>
      </w:r>
    </w:p>
    <w:p w14:paraId="3192AAAA" w14:textId="77777777" w:rsidR="00B10ECB" w:rsidRPr="004C645E" w:rsidRDefault="000A1599">
      <w:pPr>
        <w:pStyle w:val="Ttulo2"/>
        <w:spacing w:before="240" w:after="120" w:line="276" w:lineRule="auto"/>
        <w:rPr>
          <w:lang w:val="es-ES"/>
        </w:rPr>
      </w:pPr>
      <w:r w:rsidRPr="004C645E">
        <w:rPr>
          <w:rFonts w:ascii="Verdana" w:eastAsia="Verdana" w:hAnsi="Verdana"/>
          <w:sz w:val="20"/>
          <w:lang w:val="es-ES"/>
        </w:rPr>
        <w:t>I. ASPECTOS GENERALES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B10ECB" w:rsidRPr="004C645E" w14:paraId="01907BB1" w14:textId="77777777">
        <w:trPr>
          <w:jc w:val="center"/>
        </w:trPr>
        <w:tc>
          <w:tcPr>
            <w:tcW w:w="5040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AA0CE7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7"/>
                <w:lang w:val="es-ES"/>
              </w:rPr>
              <w:t>Campo</w:t>
            </w:r>
          </w:p>
        </w:tc>
        <w:tc>
          <w:tcPr>
            <w:tcW w:w="5040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DEF42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proofErr w:type="gramStart"/>
            <w:r w:rsidRPr="004C645E">
              <w:rPr>
                <w:b/>
                <w:color w:val="2C6C42"/>
                <w:sz w:val="17"/>
                <w:lang w:val="es-ES"/>
              </w:rPr>
              <w:t>Información a completar</w:t>
            </w:r>
            <w:proofErr w:type="gramEnd"/>
          </w:p>
        </w:tc>
      </w:tr>
      <w:tr w:rsidR="00B10ECB" w:rsidRPr="004C645E" w14:paraId="55560A01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5D812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Título del proyecto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EE8CE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DF2CB9" w14:paraId="1776FD91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F5C7B" w14:textId="5E8D0282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proofErr w:type="spellStart"/>
            <w:r w:rsidRPr="004C645E">
              <w:rPr>
                <w:sz w:val="17"/>
                <w:lang w:val="es-ES"/>
              </w:rPr>
              <w:t>N°</w:t>
            </w:r>
            <w:proofErr w:type="spellEnd"/>
            <w:r w:rsidRPr="004C645E">
              <w:rPr>
                <w:sz w:val="17"/>
                <w:lang w:val="es-ES"/>
              </w:rPr>
              <w:t xml:space="preserve"> de meses de ejecución</w:t>
            </w:r>
            <w:r w:rsidR="00172F21" w:rsidRPr="004C645E">
              <w:rPr>
                <w:sz w:val="17"/>
                <w:lang w:val="es-ES"/>
              </w:rPr>
              <w:t xml:space="preserve"> (en meses)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B96DA" w14:textId="376CD759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DF2CB9" w14:paraId="418773F9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A6B62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Reto estratégico principal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661ED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 xml:space="preserve">☐ Sanidad vegetal </w:t>
            </w:r>
            <w:proofErr w:type="gramStart"/>
            <w:r w:rsidRPr="004C645E">
              <w:rPr>
                <w:sz w:val="17"/>
                <w:lang w:val="es-ES"/>
              </w:rPr>
              <w:t>avanzada  ☐</w:t>
            </w:r>
            <w:proofErr w:type="gramEnd"/>
            <w:r w:rsidRPr="004C645E">
              <w:rPr>
                <w:sz w:val="17"/>
                <w:lang w:val="es-ES"/>
              </w:rPr>
              <w:t xml:space="preserve"> </w:t>
            </w:r>
            <w:proofErr w:type="spellStart"/>
            <w:r w:rsidRPr="004C645E">
              <w:rPr>
                <w:sz w:val="17"/>
                <w:lang w:val="es-ES"/>
              </w:rPr>
              <w:t>Bioinsumos</w:t>
            </w:r>
            <w:proofErr w:type="spellEnd"/>
            <w:r w:rsidRPr="004C645E">
              <w:rPr>
                <w:sz w:val="17"/>
                <w:lang w:val="es-ES"/>
              </w:rPr>
              <w:t xml:space="preserve"> y formulaciones </w:t>
            </w:r>
            <w:proofErr w:type="gramStart"/>
            <w:r w:rsidRPr="004C645E">
              <w:rPr>
                <w:sz w:val="17"/>
                <w:lang w:val="es-ES"/>
              </w:rPr>
              <w:t>sostenibles  ☐</w:t>
            </w:r>
            <w:proofErr w:type="gramEnd"/>
            <w:r w:rsidRPr="004C645E">
              <w:rPr>
                <w:sz w:val="17"/>
                <w:lang w:val="es-ES"/>
              </w:rPr>
              <w:t xml:space="preserve"> Suelo y </w:t>
            </w:r>
            <w:proofErr w:type="gramStart"/>
            <w:r w:rsidRPr="004C645E">
              <w:rPr>
                <w:sz w:val="17"/>
                <w:lang w:val="es-ES"/>
              </w:rPr>
              <w:t>agua  ☐</w:t>
            </w:r>
            <w:proofErr w:type="gramEnd"/>
            <w:r w:rsidRPr="004C645E">
              <w:rPr>
                <w:sz w:val="17"/>
                <w:lang w:val="es-ES"/>
              </w:rPr>
              <w:t xml:space="preserve"> Agricultura de precisión y analítica</w:t>
            </w:r>
          </w:p>
        </w:tc>
      </w:tr>
      <w:tr w:rsidR="00B10ECB" w:rsidRPr="004C645E" w14:paraId="53590EE9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6F328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Unidad académica / Facultad / Instituto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B333A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4C645E" w14:paraId="3807150B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DEE7E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Director(a) responsable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31631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4C645E" w14:paraId="6CE211D2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F062A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Correo electrónico y teléfono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5C3173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DF2CB9" w14:paraId="7C1D54BB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29E99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proofErr w:type="gramStart"/>
            <w:r w:rsidRPr="004C645E">
              <w:rPr>
                <w:sz w:val="17"/>
                <w:lang w:val="es-ES"/>
              </w:rPr>
              <w:t>Link</w:t>
            </w:r>
            <w:proofErr w:type="gramEnd"/>
            <w:r w:rsidRPr="004C645E">
              <w:rPr>
                <w:sz w:val="17"/>
                <w:lang w:val="es-ES"/>
              </w:rPr>
              <w:t xml:space="preserve"> Google Académico / ORCID, si aplica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B306C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</w:tbl>
    <w:p w14:paraId="23893024" w14:textId="77777777" w:rsidR="00B10ECB" w:rsidRPr="004C645E" w:rsidRDefault="000A1599">
      <w:pPr>
        <w:pStyle w:val="Ttulo2"/>
        <w:spacing w:before="240" w:after="120" w:line="276" w:lineRule="auto"/>
        <w:rPr>
          <w:lang w:val="es-ES"/>
        </w:rPr>
      </w:pPr>
      <w:r w:rsidRPr="004C645E">
        <w:rPr>
          <w:rFonts w:ascii="Verdana" w:eastAsia="Verdana" w:hAnsi="Verdana"/>
          <w:sz w:val="20"/>
          <w:lang w:val="es-ES"/>
        </w:rPr>
        <w:t>II. GRUPO DE INVESTIGACIÓN</w:t>
      </w:r>
    </w:p>
    <w:p w14:paraId="61088E2C" w14:textId="77777777" w:rsidR="00B10ECB" w:rsidRPr="004C645E" w:rsidRDefault="000A1599">
      <w:pPr>
        <w:spacing w:line="276" w:lineRule="auto"/>
        <w:jc w:val="both"/>
        <w:rPr>
          <w:lang w:val="es-ES"/>
        </w:rPr>
      </w:pPr>
      <w:r w:rsidRPr="004C645E">
        <w:rPr>
          <w:lang w:val="es-ES"/>
        </w:rPr>
        <w:t>El equipo deberá considerar al menos dos integrantes. Se recomienda incorporar capacidades complementarias en investigación aplicada, prototipado, validación, propiedad intelectual, transferencia tecnológica y/o conocimiento del sector agrícola.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80"/>
        <w:gridCol w:w="1680"/>
        <w:gridCol w:w="1680"/>
        <w:gridCol w:w="1680"/>
        <w:gridCol w:w="1680"/>
        <w:gridCol w:w="1680"/>
      </w:tblGrid>
      <w:tr w:rsidR="00B10ECB" w:rsidRPr="004C645E" w14:paraId="745EDC49" w14:textId="77777777">
        <w:trPr>
          <w:jc w:val="center"/>
        </w:trPr>
        <w:tc>
          <w:tcPr>
            <w:tcW w:w="1680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31790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6"/>
                <w:lang w:val="es-ES"/>
              </w:rPr>
              <w:t>Rol</w:t>
            </w:r>
          </w:p>
        </w:tc>
        <w:tc>
          <w:tcPr>
            <w:tcW w:w="1680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BA02A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6"/>
                <w:lang w:val="es-ES"/>
              </w:rPr>
              <w:t>Apellidos y nombres</w:t>
            </w:r>
          </w:p>
        </w:tc>
        <w:tc>
          <w:tcPr>
            <w:tcW w:w="1680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C5596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6"/>
                <w:lang w:val="es-ES"/>
              </w:rPr>
              <w:t>RUT</w:t>
            </w:r>
          </w:p>
        </w:tc>
        <w:tc>
          <w:tcPr>
            <w:tcW w:w="1680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C054D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6"/>
                <w:lang w:val="es-ES"/>
              </w:rPr>
              <w:t>Jerarquía / cargo</w:t>
            </w:r>
          </w:p>
        </w:tc>
        <w:tc>
          <w:tcPr>
            <w:tcW w:w="1680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44274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6"/>
                <w:lang w:val="es-ES"/>
              </w:rPr>
              <w:t>Facultad, Instituto o unidad</w:t>
            </w:r>
          </w:p>
        </w:tc>
        <w:tc>
          <w:tcPr>
            <w:tcW w:w="1680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609B3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6"/>
                <w:lang w:val="es-ES"/>
              </w:rPr>
              <w:t>Destinación horaria mensual</w:t>
            </w:r>
          </w:p>
        </w:tc>
      </w:tr>
      <w:tr w:rsidR="00B10ECB" w:rsidRPr="004C645E" w14:paraId="552859F2" w14:textId="77777777">
        <w:trPr>
          <w:jc w:val="center"/>
        </w:trPr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5C890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6"/>
                <w:lang w:val="es-ES"/>
              </w:rPr>
              <w:t>Director(a) responsable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C39D2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2EA5B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58052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8ACC6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28D962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4C645E" w14:paraId="053E0409" w14:textId="77777777">
        <w:trPr>
          <w:jc w:val="center"/>
        </w:trPr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F6E7C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6"/>
                <w:lang w:val="es-ES"/>
              </w:rPr>
              <w:t>Investigador(a)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E4F28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F8FA4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665CF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ECB13B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8082B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4C645E" w14:paraId="01293BC4" w14:textId="77777777">
        <w:trPr>
          <w:jc w:val="center"/>
        </w:trPr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D7967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6"/>
                <w:lang w:val="es-ES"/>
              </w:rPr>
              <w:t>Investigador(a)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73DBB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281C8E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C4376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4D178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B4CD00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4C645E" w14:paraId="37F968DE" w14:textId="77777777">
        <w:trPr>
          <w:jc w:val="center"/>
        </w:trPr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E67B9D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6"/>
                <w:lang w:val="es-ES"/>
              </w:rPr>
              <w:t>Colaborador(a)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0EC5D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85EDA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B8FBA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58915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8B6CB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4C645E" w14:paraId="551D826D" w14:textId="77777777">
        <w:trPr>
          <w:jc w:val="center"/>
        </w:trPr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38EA02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6"/>
                <w:lang w:val="es-ES"/>
              </w:rPr>
              <w:t>Estudiante postgrado / doctorado</w:t>
            </w: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63502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C3EF4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7FD72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2C571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6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D87BF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</w:tbl>
    <w:p w14:paraId="682179D8" w14:textId="6BCAA4C6" w:rsidR="00B10ECB" w:rsidRPr="004C645E" w:rsidRDefault="000A1599">
      <w:pPr>
        <w:pStyle w:val="Ttulo2"/>
        <w:spacing w:before="240" w:after="120" w:line="276" w:lineRule="auto"/>
        <w:rPr>
          <w:lang w:val="es-ES"/>
        </w:rPr>
      </w:pPr>
      <w:r w:rsidRPr="004C645E">
        <w:rPr>
          <w:rFonts w:ascii="Verdana" w:eastAsia="Verdana" w:hAnsi="Verdana"/>
          <w:sz w:val="20"/>
          <w:lang w:val="es-ES"/>
        </w:rPr>
        <w:lastRenderedPageBreak/>
        <w:t>III. FORMULACIÓN DEL PROYECTO</w:t>
      </w:r>
    </w:p>
    <w:p w14:paraId="14D8B215" w14:textId="24881A5B" w:rsidR="00554D74" w:rsidRPr="004C645E" w:rsidRDefault="00554D74" w:rsidP="00554D74">
      <w:pPr>
        <w:pStyle w:val="Ttulo3"/>
        <w:spacing w:before="240" w:after="120" w:line="276" w:lineRule="auto"/>
        <w:rPr>
          <w:lang w:val="es-ES"/>
        </w:rPr>
      </w:pPr>
      <w:r w:rsidRPr="004C645E">
        <w:rPr>
          <w:rFonts w:ascii="Verdana" w:eastAsia="Verdana" w:hAnsi="Verdana"/>
          <w:sz w:val="20"/>
          <w:lang w:val="es-ES"/>
        </w:rPr>
        <w:t xml:space="preserve">1. Solución </w:t>
      </w:r>
      <w:r w:rsidR="00986842" w:rsidRPr="004C645E">
        <w:rPr>
          <w:rFonts w:ascii="Verdana" w:eastAsia="Verdana" w:hAnsi="Verdana"/>
          <w:sz w:val="20"/>
          <w:lang w:val="es-ES"/>
        </w:rPr>
        <w:t>propuesta</w:t>
      </w:r>
    </w:p>
    <w:p w14:paraId="58349862" w14:textId="44F8738A" w:rsidR="00554D74" w:rsidRPr="004C645E" w:rsidRDefault="00554D74" w:rsidP="00554D74">
      <w:pPr>
        <w:spacing w:line="276" w:lineRule="auto"/>
        <w:jc w:val="both"/>
        <w:rPr>
          <w:lang w:val="es-ES"/>
        </w:rPr>
      </w:pPr>
      <w:r w:rsidRPr="004C645E">
        <w:rPr>
          <w:lang w:val="es-ES"/>
        </w:rPr>
        <w:t xml:space="preserve">Describa la solución </w:t>
      </w:r>
      <w:r w:rsidR="007A7888" w:rsidRPr="004C645E">
        <w:rPr>
          <w:lang w:val="es-ES"/>
        </w:rPr>
        <w:t>propuesta</w:t>
      </w:r>
      <w:r w:rsidR="00EB375E" w:rsidRPr="004C645E">
        <w:rPr>
          <w:lang w:val="es-ES"/>
        </w:rPr>
        <w:t xml:space="preserve"> y como </w:t>
      </w:r>
      <w:r w:rsidR="004D69DC" w:rsidRPr="004C645E">
        <w:rPr>
          <w:lang w:val="es-ES"/>
        </w:rPr>
        <w:t>permitiría abordar</w:t>
      </w:r>
      <w:r w:rsidR="007A7888" w:rsidRPr="004C645E">
        <w:rPr>
          <w:lang w:val="es-ES"/>
        </w:rPr>
        <w:t xml:space="preserve"> los retos estratégicos planteados en las bases del concurso y el Plan de Desarrollo Estratégico de la Universidad</w:t>
      </w:r>
      <w:r w:rsidRPr="004C645E">
        <w:rPr>
          <w:lang w:val="es-ES"/>
        </w:rPr>
        <w:t>. Extensión sugerida: máximo 1 página.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554D74" w:rsidRPr="004C645E" w14:paraId="0A1CE506" w14:textId="77777777" w:rsidTr="005B0BB4">
        <w:trPr>
          <w:jc w:val="center"/>
        </w:trPr>
        <w:tc>
          <w:tcPr>
            <w:tcW w:w="10080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6CFC0" w14:textId="77777777" w:rsidR="00554D74" w:rsidRPr="004C645E" w:rsidRDefault="00554D74" w:rsidP="005B0BB4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8"/>
                <w:lang w:val="es-ES"/>
              </w:rPr>
              <w:t>Respuesta</w:t>
            </w:r>
          </w:p>
        </w:tc>
      </w:tr>
      <w:tr w:rsidR="00554D74" w:rsidRPr="004C645E" w14:paraId="17450169" w14:textId="77777777" w:rsidTr="005B0BB4">
        <w:trPr>
          <w:jc w:val="center"/>
        </w:trPr>
        <w:tc>
          <w:tcPr>
            <w:tcW w:w="100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ADCCB" w14:textId="77777777" w:rsidR="00554D74" w:rsidRPr="004C645E" w:rsidRDefault="00554D74" w:rsidP="005B0BB4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8"/>
                <w:lang w:val="es-ES"/>
              </w:rPr>
              <w:t xml:space="preserve"> </w:t>
            </w:r>
          </w:p>
        </w:tc>
      </w:tr>
    </w:tbl>
    <w:p w14:paraId="7D900AC8" w14:textId="08236547" w:rsidR="00FD0A85" w:rsidRPr="004C645E" w:rsidRDefault="00FD0A85" w:rsidP="00A9649E">
      <w:pPr>
        <w:pStyle w:val="Ttulo3"/>
        <w:numPr>
          <w:ilvl w:val="0"/>
          <w:numId w:val="11"/>
        </w:numPr>
        <w:spacing w:before="240" w:after="120" w:line="276" w:lineRule="auto"/>
        <w:ind w:left="426" w:hanging="426"/>
        <w:rPr>
          <w:rFonts w:ascii="Verdana" w:eastAsia="Verdana" w:hAnsi="Verdana"/>
          <w:sz w:val="20"/>
          <w:lang w:val="es-ES"/>
        </w:rPr>
      </w:pPr>
      <w:r w:rsidRPr="004C645E">
        <w:rPr>
          <w:rFonts w:ascii="Verdana" w:eastAsia="Verdana" w:hAnsi="Verdana"/>
          <w:sz w:val="20"/>
          <w:lang w:val="es-ES"/>
        </w:rPr>
        <w:t>Resultados previos</w:t>
      </w:r>
    </w:p>
    <w:p w14:paraId="4BF04135" w14:textId="34CA3C80" w:rsidR="00FD0A85" w:rsidRPr="004C645E" w:rsidRDefault="00FD0A85" w:rsidP="00FD0A85">
      <w:pPr>
        <w:spacing w:line="276" w:lineRule="auto"/>
        <w:jc w:val="both"/>
        <w:rPr>
          <w:lang w:val="es-ES"/>
        </w:rPr>
      </w:pPr>
      <w:r w:rsidRPr="004C645E">
        <w:rPr>
          <w:lang w:val="es-ES"/>
        </w:rPr>
        <w:t>Indique el</w:t>
      </w:r>
      <w:r w:rsidR="005B06CE" w:rsidRPr="004C645E">
        <w:rPr>
          <w:lang w:val="es-ES"/>
        </w:rPr>
        <w:t xml:space="preserve"> nivel de TRL actual de la solución planteada</w:t>
      </w:r>
      <w:r w:rsidRPr="004C645E">
        <w:rPr>
          <w:lang w:val="es-ES"/>
        </w:rPr>
        <w:t xml:space="preserve"> (mínimo </w:t>
      </w:r>
      <w:r w:rsidR="005B06CE" w:rsidRPr="004C645E">
        <w:rPr>
          <w:lang w:val="es-ES"/>
        </w:rPr>
        <w:t>TRL</w:t>
      </w:r>
      <w:r w:rsidRPr="004C645E">
        <w:rPr>
          <w:lang w:val="es-ES"/>
        </w:rPr>
        <w:t xml:space="preserve">3) </w:t>
      </w:r>
      <w:r w:rsidR="00D53037" w:rsidRPr="004C645E">
        <w:rPr>
          <w:lang w:val="es-ES"/>
        </w:rPr>
        <w:t xml:space="preserve">y describa los resultados </w:t>
      </w:r>
      <w:r w:rsidR="005B06CE" w:rsidRPr="004C645E">
        <w:rPr>
          <w:lang w:val="es-ES"/>
        </w:rPr>
        <w:t xml:space="preserve">experimentales </w:t>
      </w:r>
      <w:r w:rsidR="00A9649E" w:rsidRPr="004C645E">
        <w:rPr>
          <w:lang w:val="es-ES"/>
        </w:rPr>
        <w:t xml:space="preserve">que respaldan </w:t>
      </w:r>
      <w:r w:rsidR="001824AB" w:rsidRPr="004C645E">
        <w:rPr>
          <w:lang w:val="es-ES"/>
        </w:rPr>
        <w:t>su nivel de madurez tecnológica</w:t>
      </w:r>
      <w:r w:rsidRPr="004C645E">
        <w:rPr>
          <w:lang w:val="es-ES"/>
        </w:rPr>
        <w:t>. Extensión sugerida: máximo 1 página.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D53037" w:rsidRPr="004C645E" w14:paraId="07A5F570" w14:textId="77777777" w:rsidTr="004A05BF">
        <w:trPr>
          <w:jc w:val="center"/>
        </w:trPr>
        <w:tc>
          <w:tcPr>
            <w:tcW w:w="10080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137CA" w14:textId="77777777" w:rsidR="00D53037" w:rsidRPr="004C645E" w:rsidRDefault="00D53037" w:rsidP="004A05BF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8"/>
                <w:lang w:val="es-ES"/>
              </w:rPr>
              <w:t>Respuesta</w:t>
            </w:r>
          </w:p>
        </w:tc>
      </w:tr>
      <w:tr w:rsidR="00D53037" w:rsidRPr="004C645E" w14:paraId="25152050" w14:textId="77777777" w:rsidTr="004A05BF">
        <w:trPr>
          <w:jc w:val="center"/>
        </w:trPr>
        <w:tc>
          <w:tcPr>
            <w:tcW w:w="100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D5CCAD" w14:textId="77777777" w:rsidR="00D53037" w:rsidRPr="004C645E" w:rsidRDefault="00D53037" w:rsidP="004A05BF">
            <w:pPr>
              <w:spacing w:after="40" w:line="252" w:lineRule="auto"/>
              <w:rPr>
                <w:sz w:val="18"/>
                <w:lang w:val="es-ES"/>
              </w:rPr>
            </w:pPr>
            <w:r w:rsidRPr="004C645E">
              <w:rPr>
                <w:sz w:val="18"/>
                <w:lang w:val="es-ES"/>
              </w:rPr>
              <w:t xml:space="preserve"> </w:t>
            </w:r>
            <w:r w:rsidR="005B06CE" w:rsidRPr="004C645E">
              <w:rPr>
                <w:sz w:val="18"/>
                <w:lang w:val="es-ES"/>
              </w:rPr>
              <w:t xml:space="preserve">TRL: </w:t>
            </w:r>
          </w:p>
          <w:p w14:paraId="04C56DE2" w14:textId="49A89472" w:rsidR="005B06CE" w:rsidRPr="004C645E" w:rsidRDefault="005B06CE" w:rsidP="004A05BF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lang w:val="es-ES"/>
              </w:rPr>
              <w:t xml:space="preserve">Justificación: </w:t>
            </w:r>
          </w:p>
        </w:tc>
      </w:tr>
    </w:tbl>
    <w:p w14:paraId="33316259" w14:textId="77777777" w:rsidR="00FD0A85" w:rsidRPr="004C645E" w:rsidRDefault="00FD0A85" w:rsidP="00FD0A85">
      <w:pPr>
        <w:rPr>
          <w:lang w:val="es-ES"/>
        </w:rPr>
      </w:pPr>
    </w:p>
    <w:p w14:paraId="63651368" w14:textId="651B1AE7" w:rsidR="00AF6E08" w:rsidRPr="004C645E" w:rsidRDefault="00B4566E" w:rsidP="001824AB">
      <w:pPr>
        <w:pStyle w:val="Ttulo3"/>
        <w:numPr>
          <w:ilvl w:val="0"/>
          <w:numId w:val="11"/>
        </w:numPr>
        <w:spacing w:before="240" w:after="120" w:line="276" w:lineRule="auto"/>
        <w:ind w:left="426" w:hanging="426"/>
        <w:rPr>
          <w:rFonts w:ascii="Verdana" w:eastAsia="Verdana" w:hAnsi="Verdana"/>
          <w:sz w:val="20"/>
          <w:lang w:val="es-ES"/>
        </w:rPr>
      </w:pPr>
      <w:r w:rsidRPr="004C645E">
        <w:rPr>
          <w:rFonts w:ascii="Arial" w:hAnsi="Arial" w:cs="Arial"/>
          <w:lang w:val="es-ES"/>
        </w:rPr>
        <w:t>Antecedentes de Propiedad Intelectual (PI)</w:t>
      </w:r>
      <w:r w:rsidR="00AF6E08" w:rsidRPr="004C645E">
        <w:rPr>
          <w:rFonts w:ascii="Verdana" w:eastAsia="Verdana" w:hAnsi="Verdana"/>
          <w:sz w:val="20"/>
          <w:lang w:val="es-ES"/>
        </w:rPr>
        <w:t xml:space="preserve"> </w:t>
      </w:r>
    </w:p>
    <w:p w14:paraId="709A144B" w14:textId="3C20110B" w:rsidR="00B4566E" w:rsidRPr="004C645E" w:rsidRDefault="00227CAF" w:rsidP="00356D6B">
      <w:pPr>
        <w:jc w:val="both"/>
        <w:rPr>
          <w:lang w:val="es-ES"/>
        </w:rPr>
      </w:pPr>
      <w:r w:rsidRPr="004C645E">
        <w:rPr>
          <w:lang w:val="es-ES"/>
        </w:rPr>
        <w:t xml:space="preserve">Declare si </w:t>
      </w:r>
      <w:r w:rsidR="005C51CB" w:rsidRPr="004C645E">
        <w:rPr>
          <w:lang w:val="es-ES"/>
        </w:rPr>
        <w:t>cuenta con a</w:t>
      </w:r>
      <w:r w:rsidRPr="004C645E">
        <w:rPr>
          <w:lang w:val="es-ES"/>
        </w:rPr>
        <w:t xml:space="preserve">cuerdos </w:t>
      </w:r>
      <w:r w:rsidR="005C51CB" w:rsidRPr="004C645E">
        <w:rPr>
          <w:lang w:val="es-ES"/>
        </w:rPr>
        <w:t>previos con otras entidades</w:t>
      </w:r>
      <w:r w:rsidRPr="004C645E">
        <w:rPr>
          <w:lang w:val="es-ES"/>
        </w:rPr>
        <w:t>, publicaciones, restricciones contractuales o compromisos con terceros</w:t>
      </w:r>
      <w:r w:rsidR="005C51CB" w:rsidRPr="004C645E">
        <w:rPr>
          <w:lang w:val="es-ES"/>
        </w:rPr>
        <w:t>, respect</w:t>
      </w:r>
      <w:r w:rsidR="00356D6B" w:rsidRPr="004C645E">
        <w:rPr>
          <w:lang w:val="es-ES"/>
        </w:rPr>
        <w:t>o</w:t>
      </w:r>
      <w:r w:rsidR="005C51CB" w:rsidRPr="004C645E">
        <w:rPr>
          <w:lang w:val="es-ES"/>
        </w:rPr>
        <w:t xml:space="preserve"> de la solución planteada</w:t>
      </w:r>
      <w:r w:rsidRPr="004C645E">
        <w:rPr>
          <w:lang w:val="es-ES"/>
        </w:rPr>
        <w:t xml:space="preserve">. Asimismo, </w:t>
      </w:r>
      <w:r w:rsidR="005C51CB" w:rsidRPr="004C645E">
        <w:rPr>
          <w:lang w:val="es-ES"/>
        </w:rPr>
        <w:t>informe</w:t>
      </w:r>
      <w:r w:rsidRPr="004C645E">
        <w:rPr>
          <w:lang w:val="es-ES"/>
        </w:rPr>
        <w:t xml:space="preserve"> la existencia de resultados previamente protegidos o desarrollados con financiamiento externo</w:t>
      </w:r>
      <w:r w:rsidR="005C51CB" w:rsidRPr="004C645E">
        <w:rPr>
          <w:lang w:val="es-ES"/>
        </w:rPr>
        <w:t xml:space="preserve">.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356D6B" w:rsidRPr="004C645E" w14:paraId="6421DF16" w14:textId="77777777" w:rsidTr="004A05BF">
        <w:trPr>
          <w:jc w:val="center"/>
        </w:trPr>
        <w:tc>
          <w:tcPr>
            <w:tcW w:w="10080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4C121" w14:textId="77777777" w:rsidR="00356D6B" w:rsidRPr="004C645E" w:rsidRDefault="00356D6B" w:rsidP="004A05BF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8"/>
                <w:lang w:val="es-ES"/>
              </w:rPr>
              <w:t>Respuesta</w:t>
            </w:r>
          </w:p>
        </w:tc>
      </w:tr>
      <w:tr w:rsidR="00356D6B" w:rsidRPr="004C645E" w14:paraId="57C3198A" w14:textId="77777777" w:rsidTr="004A05BF">
        <w:trPr>
          <w:jc w:val="center"/>
        </w:trPr>
        <w:tc>
          <w:tcPr>
            <w:tcW w:w="100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82F81" w14:textId="77777777" w:rsidR="00356D6B" w:rsidRPr="004C645E" w:rsidRDefault="00356D6B" w:rsidP="004A05BF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8"/>
                <w:lang w:val="es-ES"/>
              </w:rPr>
              <w:t xml:space="preserve"> </w:t>
            </w:r>
          </w:p>
        </w:tc>
      </w:tr>
    </w:tbl>
    <w:p w14:paraId="23A78D44" w14:textId="77777777" w:rsidR="00356D6B" w:rsidRPr="004C645E" w:rsidRDefault="00356D6B" w:rsidP="00B4566E">
      <w:pPr>
        <w:rPr>
          <w:lang w:val="es-ES"/>
        </w:rPr>
      </w:pPr>
    </w:p>
    <w:p w14:paraId="04330BDA" w14:textId="6731EB5B" w:rsidR="00B10ECB" w:rsidRPr="004C645E" w:rsidRDefault="002312B7">
      <w:pPr>
        <w:pStyle w:val="Ttulo3"/>
        <w:spacing w:before="240" w:after="120" w:line="276" w:lineRule="auto"/>
        <w:rPr>
          <w:lang w:val="es-ES"/>
        </w:rPr>
      </w:pPr>
      <w:r w:rsidRPr="004C645E">
        <w:rPr>
          <w:rFonts w:ascii="Verdana" w:eastAsia="Verdana" w:hAnsi="Verdana"/>
          <w:sz w:val="20"/>
          <w:lang w:val="es-ES"/>
        </w:rPr>
        <w:t>4</w:t>
      </w:r>
      <w:r w:rsidR="000A1599" w:rsidRPr="004C645E">
        <w:rPr>
          <w:rFonts w:ascii="Verdana" w:eastAsia="Verdana" w:hAnsi="Verdana"/>
          <w:sz w:val="20"/>
          <w:lang w:val="es-ES"/>
        </w:rPr>
        <w:t>. Estado del arte y soluciones actualmente disponibles</w:t>
      </w:r>
    </w:p>
    <w:p w14:paraId="355A5129" w14:textId="77777777" w:rsidR="00B10ECB" w:rsidRPr="004C645E" w:rsidRDefault="000A1599">
      <w:pPr>
        <w:spacing w:line="276" w:lineRule="auto"/>
        <w:jc w:val="both"/>
        <w:rPr>
          <w:lang w:val="es-ES"/>
        </w:rPr>
      </w:pPr>
      <w:r w:rsidRPr="004C645E">
        <w:rPr>
          <w:lang w:val="es-ES"/>
        </w:rPr>
        <w:t>Indique el estado del arte en investigación, patentes, productos o tecnologías competidoras. Señale por qué la propuesta es diferenciada, superior o complementaria a las soluciones existentes. Extensión sugerida: máximo 2 páginas.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080"/>
      </w:tblGrid>
      <w:tr w:rsidR="00B10ECB" w:rsidRPr="004C645E" w14:paraId="4055012E" w14:textId="77777777">
        <w:trPr>
          <w:jc w:val="center"/>
        </w:trPr>
        <w:tc>
          <w:tcPr>
            <w:tcW w:w="10080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856C0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8"/>
                <w:lang w:val="es-ES"/>
              </w:rPr>
              <w:t>Respuesta</w:t>
            </w:r>
          </w:p>
        </w:tc>
      </w:tr>
      <w:tr w:rsidR="00B10ECB" w:rsidRPr="004C645E" w14:paraId="635E7D7F" w14:textId="77777777">
        <w:trPr>
          <w:jc w:val="center"/>
        </w:trPr>
        <w:tc>
          <w:tcPr>
            <w:tcW w:w="100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B1E1A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8"/>
                <w:lang w:val="es-ES"/>
              </w:rPr>
              <w:t xml:space="preserve"> </w:t>
            </w:r>
          </w:p>
        </w:tc>
      </w:tr>
    </w:tbl>
    <w:p w14:paraId="3B0157DD" w14:textId="1A00600C" w:rsidR="00B10ECB" w:rsidRPr="004C645E" w:rsidRDefault="002312B7">
      <w:pPr>
        <w:pStyle w:val="Ttulo3"/>
        <w:spacing w:before="240" w:after="120" w:line="276" w:lineRule="auto"/>
        <w:rPr>
          <w:lang w:val="es-ES"/>
        </w:rPr>
      </w:pPr>
      <w:r w:rsidRPr="004C645E">
        <w:rPr>
          <w:rFonts w:ascii="Verdana" w:eastAsia="Verdana" w:hAnsi="Verdana"/>
          <w:sz w:val="20"/>
          <w:lang w:val="es-ES"/>
        </w:rPr>
        <w:lastRenderedPageBreak/>
        <w:t>5</w:t>
      </w:r>
      <w:r w:rsidR="000A1599" w:rsidRPr="004C645E">
        <w:rPr>
          <w:rFonts w:ascii="Verdana" w:eastAsia="Verdana" w:hAnsi="Verdana"/>
          <w:sz w:val="20"/>
          <w:lang w:val="es-ES"/>
        </w:rPr>
        <w:t>. Objetivos y metodología</w:t>
      </w:r>
    </w:p>
    <w:p w14:paraId="3D949440" w14:textId="24A03801" w:rsidR="00B10ECB" w:rsidRPr="004C645E" w:rsidRDefault="000A1599">
      <w:pPr>
        <w:spacing w:line="276" w:lineRule="auto"/>
        <w:jc w:val="both"/>
        <w:rPr>
          <w:lang w:val="es-ES"/>
        </w:rPr>
      </w:pPr>
      <w:r w:rsidRPr="004C645E">
        <w:rPr>
          <w:lang w:val="es-ES"/>
        </w:rPr>
        <w:t xml:space="preserve">Indique objetivo general, objetivos específicos y metodología a implementar. La metodología debe ser consistente con el desarrollo de un </w:t>
      </w:r>
      <w:r w:rsidR="00C15DBB" w:rsidRPr="004C645E">
        <w:rPr>
          <w:lang w:val="es-ES"/>
        </w:rPr>
        <w:t>Prototipo Mínimo Viable (</w:t>
      </w:r>
      <w:r w:rsidRPr="004C645E">
        <w:rPr>
          <w:lang w:val="es-ES"/>
        </w:rPr>
        <w:t>PMV</w:t>
      </w:r>
      <w:r w:rsidR="00C15DBB" w:rsidRPr="004C645E">
        <w:rPr>
          <w:lang w:val="es-ES"/>
        </w:rPr>
        <w:t>)</w:t>
      </w:r>
      <w:r w:rsidRPr="004C645E">
        <w:rPr>
          <w:lang w:val="es-ES"/>
        </w:rPr>
        <w:t xml:space="preserve"> dentro del plazo de ejecución.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7371"/>
        <w:gridCol w:w="15"/>
      </w:tblGrid>
      <w:tr w:rsidR="00B10ECB" w:rsidRPr="004C645E" w14:paraId="11DDCE45" w14:textId="77777777" w:rsidTr="00E7606D">
        <w:trPr>
          <w:jc w:val="center"/>
        </w:trPr>
        <w:tc>
          <w:tcPr>
            <w:tcW w:w="2694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08225C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7"/>
                <w:lang w:val="es-ES"/>
              </w:rPr>
              <w:t>Objetivo general</w:t>
            </w:r>
          </w:p>
        </w:tc>
        <w:tc>
          <w:tcPr>
            <w:tcW w:w="7386" w:type="dxa"/>
            <w:gridSpan w:val="2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AE55C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E7606D" w:rsidRPr="004C645E" w14:paraId="567240E0" w14:textId="77777777" w:rsidTr="00E7606D">
        <w:trPr>
          <w:gridAfter w:val="1"/>
          <w:wAfter w:w="15" w:type="dxa"/>
          <w:jc w:val="center"/>
        </w:trPr>
        <w:tc>
          <w:tcPr>
            <w:tcW w:w="2694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EEA5D" w14:textId="77777777" w:rsidR="00E7606D" w:rsidRPr="004C645E" w:rsidRDefault="00E7606D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7"/>
                <w:lang w:val="es-ES"/>
              </w:rPr>
              <w:t>Objetivo específico</w:t>
            </w:r>
          </w:p>
        </w:tc>
        <w:tc>
          <w:tcPr>
            <w:tcW w:w="7371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B1953A" w14:textId="77777777" w:rsidR="00E7606D" w:rsidRPr="004C645E" w:rsidRDefault="00E7606D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7"/>
                <w:lang w:val="es-ES"/>
              </w:rPr>
              <w:t>Actividad / metodología asociada</w:t>
            </w:r>
          </w:p>
        </w:tc>
      </w:tr>
      <w:tr w:rsidR="00E7606D" w:rsidRPr="004C645E" w14:paraId="20EBDA9C" w14:textId="77777777" w:rsidTr="00E7606D">
        <w:trPr>
          <w:gridAfter w:val="1"/>
          <w:wAfter w:w="15" w:type="dxa"/>
          <w:jc w:val="center"/>
        </w:trPr>
        <w:tc>
          <w:tcPr>
            <w:tcW w:w="26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FC283" w14:textId="6E85AB69" w:rsidR="00E7606D" w:rsidRPr="004C645E" w:rsidRDefault="00E7606D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OE1:</w:t>
            </w:r>
          </w:p>
        </w:tc>
        <w:tc>
          <w:tcPr>
            <w:tcW w:w="737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6266E" w14:textId="77777777" w:rsidR="00E7606D" w:rsidRPr="004C645E" w:rsidRDefault="00E7606D">
            <w:pPr>
              <w:spacing w:after="40" w:line="252" w:lineRule="auto"/>
              <w:rPr>
                <w:lang w:val="es-ES"/>
              </w:rPr>
            </w:pPr>
          </w:p>
        </w:tc>
      </w:tr>
      <w:tr w:rsidR="00E7606D" w:rsidRPr="004C645E" w14:paraId="4EA087FC" w14:textId="77777777" w:rsidTr="00E7606D">
        <w:trPr>
          <w:gridAfter w:val="1"/>
          <w:wAfter w:w="15" w:type="dxa"/>
          <w:jc w:val="center"/>
        </w:trPr>
        <w:tc>
          <w:tcPr>
            <w:tcW w:w="26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E4540" w14:textId="190DC7CB" w:rsidR="00E7606D" w:rsidRPr="004C645E" w:rsidRDefault="00E7606D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OE2:</w:t>
            </w:r>
          </w:p>
        </w:tc>
        <w:tc>
          <w:tcPr>
            <w:tcW w:w="737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37307" w14:textId="77777777" w:rsidR="00E7606D" w:rsidRPr="004C645E" w:rsidRDefault="00E7606D">
            <w:pPr>
              <w:spacing w:after="40" w:line="252" w:lineRule="auto"/>
              <w:rPr>
                <w:lang w:val="es-ES"/>
              </w:rPr>
            </w:pPr>
          </w:p>
        </w:tc>
      </w:tr>
      <w:tr w:rsidR="00E7606D" w:rsidRPr="004C645E" w14:paraId="6292B517" w14:textId="77777777" w:rsidTr="00E7606D">
        <w:trPr>
          <w:gridAfter w:val="1"/>
          <w:wAfter w:w="15" w:type="dxa"/>
          <w:jc w:val="center"/>
        </w:trPr>
        <w:tc>
          <w:tcPr>
            <w:tcW w:w="269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8DA53C" w14:textId="40B678E8" w:rsidR="00E7606D" w:rsidRPr="004C645E" w:rsidRDefault="00E7606D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OE3:</w:t>
            </w:r>
          </w:p>
        </w:tc>
        <w:tc>
          <w:tcPr>
            <w:tcW w:w="737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8F511" w14:textId="77777777" w:rsidR="00E7606D" w:rsidRPr="004C645E" w:rsidRDefault="00E7606D">
            <w:pPr>
              <w:spacing w:after="40" w:line="252" w:lineRule="auto"/>
              <w:rPr>
                <w:lang w:val="es-ES"/>
              </w:rPr>
            </w:pPr>
          </w:p>
        </w:tc>
      </w:tr>
    </w:tbl>
    <w:p w14:paraId="313A26E5" w14:textId="22516B9E" w:rsidR="00B10ECB" w:rsidRPr="004C645E" w:rsidRDefault="00D82144">
      <w:pPr>
        <w:pStyle w:val="Ttulo3"/>
        <w:spacing w:before="240" w:after="120" w:line="276" w:lineRule="auto"/>
        <w:rPr>
          <w:lang w:val="es-ES"/>
        </w:rPr>
      </w:pPr>
      <w:r w:rsidRPr="004C645E">
        <w:rPr>
          <w:rFonts w:ascii="Verdana" w:eastAsia="Verdana" w:hAnsi="Verdana"/>
          <w:sz w:val="20"/>
          <w:lang w:val="es-ES"/>
        </w:rPr>
        <w:t>6</w:t>
      </w:r>
      <w:r w:rsidR="000A1599" w:rsidRPr="004C645E">
        <w:rPr>
          <w:rFonts w:ascii="Verdana" w:eastAsia="Verdana" w:hAnsi="Verdana"/>
          <w:sz w:val="20"/>
          <w:lang w:val="es-ES"/>
        </w:rPr>
        <w:t>. Resultados esperados e hito crítico</w:t>
      </w:r>
    </w:p>
    <w:p w14:paraId="1EF2FC7B" w14:textId="77777777" w:rsidR="00B10ECB" w:rsidRPr="004C645E" w:rsidRDefault="000A1599">
      <w:pPr>
        <w:spacing w:line="276" w:lineRule="auto"/>
        <w:jc w:val="both"/>
        <w:rPr>
          <w:lang w:val="es-ES"/>
        </w:rPr>
      </w:pPr>
      <w:r w:rsidRPr="004C645E">
        <w:rPr>
          <w:lang w:val="es-ES"/>
        </w:rPr>
        <w:t xml:space="preserve">Describa los resultados que se espera lograr, especificando el hito crítico que permitirá decidir continuidad, reformulación, validación </w:t>
      </w:r>
      <w:proofErr w:type="spellStart"/>
      <w:r w:rsidRPr="004C645E">
        <w:rPr>
          <w:lang w:val="es-ES"/>
        </w:rPr>
        <w:t>pre-comercial</w:t>
      </w:r>
      <w:proofErr w:type="spellEnd"/>
      <w:r w:rsidRPr="004C645E">
        <w:rPr>
          <w:lang w:val="es-ES"/>
        </w:rPr>
        <w:t xml:space="preserve"> o cierre técnico. Extensión sugerida: máximo 1 página.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780"/>
        <w:gridCol w:w="840"/>
        <w:gridCol w:w="2230"/>
        <w:gridCol w:w="1876"/>
        <w:gridCol w:w="94"/>
      </w:tblGrid>
      <w:tr w:rsidR="008369D6" w:rsidRPr="004C645E" w14:paraId="2F44D126" w14:textId="77777777" w:rsidTr="008369D6">
        <w:trPr>
          <w:jc w:val="center"/>
        </w:trPr>
        <w:tc>
          <w:tcPr>
            <w:tcW w:w="3780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CB3A0" w14:textId="77777777" w:rsidR="008369D6" w:rsidRPr="004C645E" w:rsidRDefault="008369D6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6"/>
                <w:lang w:val="es-ES"/>
              </w:rPr>
              <w:t>Resultado esperado</w:t>
            </w:r>
          </w:p>
        </w:tc>
        <w:tc>
          <w:tcPr>
            <w:tcW w:w="3070" w:type="dxa"/>
            <w:gridSpan w:val="2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40320" w14:textId="4454B928" w:rsidR="008369D6" w:rsidRPr="004C645E" w:rsidRDefault="008369D6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6"/>
                <w:lang w:val="es-ES"/>
              </w:rPr>
              <w:t>Descripción del resultado</w:t>
            </w:r>
          </w:p>
        </w:tc>
        <w:tc>
          <w:tcPr>
            <w:tcW w:w="1970" w:type="dxa"/>
            <w:gridSpan w:val="2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C8C228" w14:textId="77777777" w:rsidR="008369D6" w:rsidRPr="004C645E" w:rsidRDefault="008369D6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6"/>
                <w:lang w:val="es-ES"/>
              </w:rPr>
              <w:t>Medio de verificación</w:t>
            </w:r>
          </w:p>
        </w:tc>
      </w:tr>
      <w:tr w:rsidR="008369D6" w:rsidRPr="00DF2CB9" w14:paraId="1ACAA208" w14:textId="77777777" w:rsidTr="008369D6">
        <w:trPr>
          <w:jc w:val="center"/>
        </w:trPr>
        <w:tc>
          <w:tcPr>
            <w:tcW w:w="37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187113" w14:textId="77777777" w:rsidR="008369D6" w:rsidRPr="004C645E" w:rsidRDefault="008369D6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6"/>
                <w:lang w:val="es-ES"/>
              </w:rPr>
              <w:t>Prototipo Mínimo Viable o formulación funcional</w:t>
            </w:r>
          </w:p>
        </w:tc>
        <w:tc>
          <w:tcPr>
            <w:tcW w:w="307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6D0AE" w14:textId="77777777" w:rsidR="008369D6" w:rsidRPr="004C645E" w:rsidRDefault="008369D6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97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0508B" w14:textId="77777777" w:rsidR="008369D6" w:rsidRPr="004C645E" w:rsidRDefault="008369D6">
            <w:pPr>
              <w:spacing w:after="40" w:line="252" w:lineRule="auto"/>
              <w:rPr>
                <w:lang w:val="es-ES"/>
              </w:rPr>
            </w:pPr>
          </w:p>
        </w:tc>
      </w:tr>
      <w:tr w:rsidR="008369D6" w:rsidRPr="00DF2CB9" w14:paraId="3EC91F55" w14:textId="77777777" w:rsidTr="008369D6">
        <w:trPr>
          <w:jc w:val="center"/>
        </w:trPr>
        <w:tc>
          <w:tcPr>
            <w:tcW w:w="37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42DB2" w14:textId="77777777" w:rsidR="008369D6" w:rsidRPr="004C645E" w:rsidRDefault="008369D6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6"/>
                <w:lang w:val="es-ES"/>
              </w:rPr>
              <w:t>Estimación de condiciones mínimas de uso o validación</w:t>
            </w:r>
          </w:p>
        </w:tc>
        <w:tc>
          <w:tcPr>
            <w:tcW w:w="307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9A9A2" w14:textId="77777777" w:rsidR="008369D6" w:rsidRPr="004C645E" w:rsidRDefault="008369D6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97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D6685" w14:textId="77777777" w:rsidR="008369D6" w:rsidRPr="004C645E" w:rsidRDefault="008369D6">
            <w:pPr>
              <w:spacing w:after="40" w:line="252" w:lineRule="auto"/>
              <w:rPr>
                <w:lang w:val="es-ES"/>
              </w:rPr>
            </w:pPr>
          </w:p>
        </w:tc>
      </w:tr>
      <w:tr w:rsidR="008369D6" w:rsidRPr="00DF2CB9" w14:paraId="12F59B49" w14:textId="77777777" w:rsidTr="008369D6">
        <w:trPr>
          <w:jc w:val="center"/>
        </w:trPr>
        <w:tc>
          <w:tcPr>
            <w:tcW w:w="378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3CBC8" w14:textId="77777777" w:rsidR="008369D6" w:rsidRPr="004C645E" w:rsidRDefault="008369D6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6"/>
                <w:lang w:val="es-ES"/>
              </w:rPr>
              <w:t>Propuesta de continuidad o cierre técnico</w:t>
            </w:r>
          </w:p>
        </w:tc>
        <w:tc>
          <w:tcPr>
            <w:tcW w:w="307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6D9192" w14:textId="77777777" w:rsidR="008369D6" w:rsidRPr="004C645E" w:rsidRDefault="008369D6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97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666AE" w14:textId="77777777" w:rsidR="008369D6" w:rsidRPr="004C645E" w:rsidRDefault="008369D6">
            <w:pPr>
              <w:spacing w:after="40" w:line="252" w:lineRule="auto"/>
              <w:rPr>
                <w:lang w:val="es-ES"/>
              </w:rPr>
            </w:pPr>
          </w:p>
        </w:tc>
      </w:tr>
      <w:tr w:rsidR="008369D6" w:rsidRPr="004C645E" w14:paraId="3265DA9E" w14:textId="77777777" w:rsidTr="008369D6">
        <w:trPr>
          <w:gridAfter w:val="1"/>
          <w:wAfter w:w="94" w:type="dxa"/>
          <w:jc w:val="center"/>
        </w:trPr>
        <w:tc>
          <w:tcPr>
            <w:tcW w:w="4620" w:type="dxa"/>
            <w:gridSpan w:val="2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307BF" w14:textId="77777777" w:rsidR="008369D6" w:rsidRPr="004C645E" w:rsidRDefault="008369D6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7"/>
                <w:lang w:val="es-ES"/>
              </w:rPr>
              <w:t>Hito crítico</w:t>
            </w:r>
          </w:p>
        </w:tc>
        <w:tc>
          <w:tcPr>
            <w:tcW w:w="4106" w:type="dxa"/>
            <w:gridSpan w:val="2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D2E7C" w14:textId="53BEF996" w:rsidR="008369D6" w:rsidRPr="004C645E" w:rsidRDefault="008369D6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7"/>
                <w:lang w:val="es-ES"/>
              </w:rPr>
              <w:t>Fecha de logro</w:t>
            </w:r>
          </w:p>
        </w:tc>
      </w:tr>
      <w:tr w:rsidR="008369D6" w:rsidRPr="004C645E" w14:paraId="3F972BEE" w14:textId="77777777" w:rsidTr="008369D6">
        <w:trPr>
          <w:gridAfter w:val="1"/>
          <w:wAfter w:w="94" w:type="dxa"/>
          <w:jc w:val="center"/>
        </w:trPr>
        <w:tc>
          <w:tcPr>
            <w:tcW w:w="462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0BCFD" w14:textId="77777777" w:rsidR="008369D6" w:rsidRPr="004C645E" w:rsidRDefault="008369D6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4106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EE45D" w14:textId="77777777" w:rsidR="008369D6" w:rsidRPr="004C645E" w:rsidRDefault="008369D6">
            <w:pPr>
              <w:spacing w:after="40" w:line="252" w:lineRule="auto"/>
              <w:rPr>
                <w:lang w:val="es-ES"/>
              </w:rPr>
            </w:pPr>
          </w:p>
        </w:tc>
      </w:tr>
    </w:tbl>
    <w:p w14:paraId="3EAD0E9F" w14:textId="37BD6930" w:rsidR="00B10ECB" w:rsidRPr="004C645E" w:rsidRDefault="00D353CD" w:rsidP="00D82144">
      <w:pPr>
        <w:pStyle w:val="Ttulo3"/>
        <w:spacing w:before="240" w:after="120" w:line="276" w:lineRule="auto"/>
        <w:rPr>
          <w:lang w:val="es-ES"/>
        </w:rPr>
      </w:pPr>
      <w:r w:rsidRPr="004C645E">
        <w:rPr>
          <w:rFonts w:ascii="Verdana" w:eastAsia="Verdana" w:hAnsi="Verdana"/>
          <w:sz w:val="20"/>
          <w:lang w:val="es-ES"/>
        </w:rPr>
        <w:t>7</w:t>
      </w:r>
      <w:r w:rsidR="000A1599" w:rsidRPr="004C645E">
        <w:rPr>
          <w:rFonts w:ascii="Verdana" w:eastAsia="Verdana" w:hAnsi="Verdana"/>
          <w:sz w:val="20"/>
          <w:lang w:val="es-ES"/>
        </w:rPr>
        <w:t>. Carta Gantt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12"/>
      </w:tblGrid>
      <w:tr w:rsidR="00B10ECB" w:rsidRPr="004C645E" w14:paraId="2D8AE6A9" w14:textId="77777777">
        <w:trPr>
          <w:jc w:val="center"/>
        </w:trPr>
        <w:tc>
          <w:tcPr>
            <w:tcW w:w="1008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6CB9F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4"/>
                <w:lang w:val="es-ES"/>
              </w:rPr>
              <w:t>Actividad / hito</w:t>
            </w:r>
          </w:p>
        </w:tc>
        <w:tc>
          <w:tcPr>
            <w:tcW w:w="1008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E4EC7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4"/>
                <w:lang w:val="es-ES"/>
              </w:rPr>
              <w:t>M1</w:t>
            </w:r>
          </w:p>
        </w:tc>
        <w:tc>
          <w:tcPr>
            <w:tcW w:w="1008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711517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4"/>
                <w:lang w:val="es-ES"/>
              </w:rPr>
              <w:t>M2</w:t>
            </w:r>
          </w:p>
        </w:tc>
        <w:tc>
          <w:tcPr>
            <w:tcW w:w="1008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2E34E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4"/>
                <w:lang w:val="es-ES"/>
              </w:rPr>
              <w:t>M3</w:t>
            </w:r>
          </w:p>
        </w:tc>
        <w:tc>
          <w:tcPr>
            <w:tcW w:w="1008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6F9E8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4"/>
                <w:lang w:val="es-ES"/>
              </w:rPr>
              <w:t>M4</w:t>
            </w:r>
          </w:p>
        </w:tc>
        <w:tc>
          <w:tcPr>
            <w:tcW w:w="1008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E1990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4"/>
                <w:lang w:val="es-ES"/>
              </w:rPr>
              <w:t>M5</w:t>
            </w:r>
          </w:p>
        </w:tc>
        <w:tc>
          <w:tcPr>
            <w:tcW w:w="1008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792D1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4"/>
                <w:lang w:val="es-ES"/>
              </w:rPr>
              <w:t>M6</w:t>
            </w:r>
          </w:p>
        </w:tc>
        <w:tc>
          <w:tcPr>
            <w:tcW w:w="1008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B805D0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4"/>
                <w:lang w:val="es-ES"/>
              </w:rPr>
              <w:t>M7</w:t>
            </w:r>
          </w:p>
        </w:tc>
        <w:tc>
          <w:tcPr>
            <w:tcW w:w="1008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3C4A5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4"/>
                <w:lang w:val="es-ES"/>
              </w:rPr>
              <w:t>M8</w:t>
            </w:r>
          </w:p>
        </w:tc>
        <w:tc>
          <w:tcPr>
            <w:tcW w:w="1008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BBDBD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4"/>
                <w:lang w:val="es-ES"/>
              </w:rPr>
              <w:t>Entregable</w:t>
            </w:r>
          </w:p>
        </w:tc>
      </w:tr>
      <w:tr w:rsidR="00B10ECB" w:rsidRPr="004C645E" w14:paraId="3D8B7CB5" w14:textId="77777777">
        <w:trPr>
          <w:jc w:val="center"/>
        </w:trPr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FA38E" w14:textId="62F456A2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F26757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32589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3C3B4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277614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E9C51D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BE04C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899B4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D5CEB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264A3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4C645E" w14:paraId="026C0CEA" w14:textId="77777777">
        <w:trPr>
          <w:jc w:val="center"/>
        </w:trPr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C0E23" w14:textId="52AC7791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71B26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D950C1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BCEAF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4EFDB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E28E0F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0A5B4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18C1B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B8DDF8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869B5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4C645E" w14:paraId="28852517" w14:textId="77777777">
        <w:trPr>
          <w:jc w:val="center"/>
        </w:trPr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81D6A" w14:textId="3D73D309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D2C06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EBBB6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40208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EC4FC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7D210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27379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54C3A0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E187D2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4740F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4C645E" w14:paraId="69BCEF68" w14:textId="77777777">
        <w:trPr>
          <w:jc w:val="center"/>
        </w:trPr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C9B55" w14:textId="1F73E68D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FCA4C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084DA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55E5B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1CDFB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7F903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8D855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01277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1340C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6A1E1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4C645E" w14:paraId="5E06154F" w14:textId="77777777">
        <w:trPr>
          <w:jc w:val="center"/>
        </w:trPr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94B3E" w14:textId="3C606060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083091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BD024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CC807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27671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6B08F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019D2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DB45C9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10837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4E871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4C645E" w14:paraId="26266E06" w14:textId="77777777">
        <w:trPr>
          <w:jc w:val="center"/>
        </w:trPr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6C64DF" w14:textId="585E22B5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668B71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02C04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A5779C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EA738F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037A0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2C693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8B9E3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0140E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1008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E27B7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</w:tbl>
    <w:p w14:paraId="2B57AE27" w14:textId="77777777" w:rsidR="00B10ECB" w:rsidRPr="004C645E" w:rsidRDefault="000A1599">
      <w:pPr>
        <w:pStyle w:val="Ttulo2"/>
        <w:spacing w:before="240" w:after="120" w:line="276" w:lineRule="auto"/>
        <w:rPr>
          <w:lang w:val="es-ES"/>
        </w:rPr>
      </w:pPr>
      <w:r w:rsidRPr="004C645E">
        <w:rPr>
          <w:rFonts w:ascii="Verdana" w:eastAsia="Verdana" w:hAnsi="Verdana"/>
          <w:sz w:val="20"/>
          <w:lang w:val="es-ES"/>
        </w:rPr>
        <w:t>IV. ANTECEDENTES SOBRE EL FINANCIAMIENTO</w:t>
      </w:r>
    </w:p>
    <w:p w14:paraId="5DC0DD11" w14:textId="58FA2861" w:rsidR="00B10ECB" w:rsidRPr="004C645E" w:rsidRDefault="000A1599">
      <w:pPr>
        <w:spacing w:line="276" w:lineRule="auto"/>
        <w:jc w:val="both"/>
        <w:rPr>
          <w:lang w:val="es-ES"/>
        </w:rPr>
      </w:pPr>
      <w:r w:rsidRPr="004C645E">
        <w:rPr>
          <w:lang w:val="es-ES"/>
        </w:rPr>
        <w:t>Una vez aprobado el proyecto, el/la director/a deberá ceñirse a lo indicado en esta solicitud. Cualquier modificación técnica o presupuestaria deberá ser solicitada y aprobada antes de su ejecución.</w:t>
      </w:r>
      <w:r w:rsidR="00E71A61" w:rsidRPr="004C645E">
        <w:rPr>
          <w:lang w:val="es-ES"/>
        </w:rPr>
        <w:t xml:space="preserve"> </w:t>
      </w:r>
      <w:r w:rsidR="00EE13F5" w:rsidRPr="004C645E">
        <w:rPr>
          <w:lang w:val="es-ES"/>
        </w:rPr>
        <w:t xml:space="preserve">Considerar los </w:t>
      </w:r>
      <w:proofErr w:type="spellStart"/>
      <w:r w:rsidR="00EE13F5" w:rsidRPr="004C645E">
        <w:rPr>
          <w:lang w:val="es-ES"/>
        </w:rPr>
        <w:t>Items</w:t>
      </w:r>
      <w:proofErr w:type="spellEnd"/>
      <w:r w:rsidR="00EE13F5" w:rsidRPr="004C645E">
        <w:rPr>
          <w:lang w:val="es-ES"/>
        </w:rPr>
        <w:t xml:space="preserve"> financiables descritos en las bases del concurso. </w:t>
      </w:r>
    </w:p>
    <w:p w14:paraId="4AEDB948" w14:textId="77777777" w:rsidR="00B10ECB" w:rsidRPr="004C645E" w:rsidRDefault="000A1599">
      <w:pPr>
        <w:pStyle w:val="Ttulo3"/>
        <w:spacing w:before="240" w:after="120" w:line="276" w:lineRule="auto"/>
        <w:rPr>
          <w:lang w:val="es-ES"/>
        </w:rPr>
      </w:pPr>
      <w:r w:rsidRPr="004C645E">
        <w:rPr>
          <w:rFonts w:ascii="Verdana" w:eastAsia="Verdana" w:hAnsi="Verdana"/>
          <w:sz w:val="20"/>
          <w:lang w:val="es-ES"/>
        </w:rPr>
        <w:t>1. Recursos solicitados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86"/>
        <w:gridCol w:w="2346"/>
        <w:gridCol w:w="2016"/>
        <w:gridCol w:w="2016"/>
      </w:tblGrid>
      <w:tr w:rsidR="00E71A61" w:rsidRPr="004C645E" w14:paraId="166B34CD" w14:textId="77777777" w:rsidTr="00E71A61">
        <w:trPr>
          <w:jc w:val="center"/>
        </w:trPr>
        <w:tc>
          <w:tcPr>
            <w:tcW w:w="1686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9CC69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5"/>
                <w:lang w:val="es-ES"/>
              </w:rPr>
              <w:t>Ítem</w:t>
            </w:r>
          </w:p>
        </w:tc>
        <w:tc>
          <w:tcPr>
            <w:tcW w:w="2346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39609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5"/>
                <w:lang w:val="es-ES"/>
              </w:rPr>
              <w:t>Detalle del gasto</w:t>
            </w:r>
          </w:p>
        </w:tc>
        <w:tc>
          <w:tcPr>
            <w:tcW w:w="2016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AFB275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5"/>
                <w:lang w:val="es-ES"/>
              </w:rPr>
              <w:t>Monto solicitado</w:t>
            </w:r>
          </w:p>
        </w:tc>
        <w:tc>
          <w:tcPr>
            <w:tcW w:w="2016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E0E84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5"/>
                <w:lang w:val="es-ES"/>
              </w:rPr>
              <w:t>Justificación técnica</w:t>
            </w:r>
          </w:p>
        </w:tc>
      </w:tr>
      <w:tr w:rsidR="00E71A61" w:rsidRPr="004C645E" w14:paraId="73CBBF9B" w14:textId="77777777" w:rsidTr="00E71A61">
        <w:trPr>
          <w:jc w:val="center"/>
        </w:trPr>
        <w:tc>
          <w:tcPr>
            <w:tcW w:w="16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54F5A" w14:textId="2ED91770" w:rsidR="00E71A61" w:rsidRPr="004C645E" w:rsidRDefault="00E71A61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23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1EFFB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06A8B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5"/>
                <w:lang w:val="es-ES"/>
              </w:rPr>
              <w:t>$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B421CC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</w:p>
        </w:tc>
      </w:tr>
      <w:tr w:rsidR="00E71A61" w:rsidRPr="004C645E" w14:paraId="32EA246B" w14:textId="77777777" w:rsidTr="00E71A61">
        <w:trPr>
          <w:jc w:val="center"/>
        </w:trPr>
        <w:tc>
          <w:tcPr>
            <w:tcW w:w="16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295F1" w14:textId="5964EE64" w:rsidR="00E71A61" w:rsidRPr="004C645E" w:rsidRDefault="00E71A61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23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BF297A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6E883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5"/>
                <w:lang w:val="es-ES"/>
              </w:rPr>
              <w:t>$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32D675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</w:p>
        </w:tc>
      </w:tr>
      <w:tr w:rsidR="00E71A61" w:rsidRPr="004C645E" w14:paraId="70F7BE1C" w14:textId="77777777" w:rsidTr="00E71A61">
        <w:trPr>
          <w:jc w:val="center"/>
        </w:trPr>
        <w:tc>
          <w:tcPr>
            <w:tcW w:w="16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3DA03" w14:textId="101A4FD8" w:rsidR="00E71A61" w:rsidRPr="004C645E" w:rsidRDefault="00E71A61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23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F8752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733A6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5"/>
                <w:lang w:val="es-ES"/>
              </w:rPr>
              <w:t>$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53FA6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</w:p>
        </w:tc>
      </w:tr>
      <w:tr w:rsidR="00E71A61" w:rsidRPr="004C645E" w14:paraId="188750F1" w14:textId="77777777" w:rsidTr="00E71A61">
        <w:trPr>
          <w:jc w:val="center"/>
        </w:trPr>
        <w:tc>
          <w:tcPr>
            <w:tcW w:w="16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452544" w14:textId="5C75B8F4" w:rsidR="00E71A61" w:rsidRPr="004C645E" w:rsidRDefault="00E71A61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23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38D86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93634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5"/>
                <w:lang w:val="es-ES"/>
              </w:rPr>
              <w:t>$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151A4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</w:p>
        </w:tc>
      </w:tr>
      <w:tr w:rsidR="00E71A61" w:rsidRPr="004C645E" w14:paraId="660D25CC" w14:textId="77777777" w:rsidTr="00E71A61">
        <w:trPr>
          <w:jc w:val="center"/>
        </w:trPr>
        <w:tc>
          <w:tcPr>
            <w:tcW w:w="16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8F99B" w14:textId="2B455E48" w:rsidR="00E71A61" w:rsidRPr="004C645E" w:rsidRDefault="00E71A61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23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C70CC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01282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5"/>
                <w:lang w:val="es-ES"/>
              </w:rPr>
              <w:t>$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A2DB3E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</w:p>
        </w:tc>
      </w:tr>
      <w:tr w:rsidR="00E71A61" w:rsidRPr="004C645E" w14:paraId="31169E6D" w14:textId="77777777" w:rsidTr="00E71A61">
        <w:trPr>
          <w:jc w:val="center"/>
        </w:trPr>
        <w:tc>
          <w:tcPr>
            <w:tcW w:w="16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6FE498" w14:textId="1F3EAA61" w:rsidR="00E71A61" w:rsidRPr="004C645E" w:rsidRDefault="00E71A61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23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15AC2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39F84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5"/>
                <w:lang w:val="es-ES"/>
              </w:rPr>
              <w:t>$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B5908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</w:p>
        </w:tc>
      </w:tr>
      <w:tr w:rsidR="00E71A61" w:rsidRPr="004C645E" w14:paraId="4DCC6B43" w14:textId="77777777" w:rsidTr="00E71A61">
        <w:trPr>
          <w:jc w:val="center"/>
        </w:trPr>
        <w:tc>
          <w:tcPr>
            <w:tcW w:w="16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3AD28" w14:textId="421B03E2" w:rsidR="00E71A61" w:rsidRPr="004C645E" w:rsidRDefault="00E71A61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23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A6BD22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2A6E1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5"/>
                <w:lang w:val="es-ES"/>
              </w:rPr>
              <w:t>$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8E44B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</w:p>
        </w:tc>
      </w:tr>
      <w:tr w:rsidR="00E71A61" w:rsidRPr="004C645E" w14:paraId="22C59092" w14:textId="77777777" w:rsidTr="00E71A61">
        <w:trPr>
          <w:jc w:val="center"/>
        </w:trPr>
        <w:tc>
          <w:tcPr>
            <w:tcW w:w="168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BD636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5"/>
                <w:lang w:val="es-ES"/>
              </w:rPr>
              <w:t>TOTAL</w:t>
            </w:r>
          </w:p>
        </w:tc>
        <w:tc>
          <w:tcPr>
            <w:tcW w:w="234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95AC89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8D237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5"/>
                <w:lang w:val="es-ES"/>
              </w:rPr>
              <w:t>$</w:t>
            </w:r>
          </w:p>
        </w:tc>
        <w:tc>
          <w:tcPr>
            <w:tcW w:w="2016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758F00" w14:textId="77777777" w:rsidR="00E71A61" w:rsidRPr="004C645E" w:rsidRDefault="00E71A61">
            <w:pPr>
              <w:spacing w:after="40" w:line="252" w:lineRule="auto"/>
              <w:rPr>
                <w:lang w:val="es-ES"/>
              </w:rPr>
            </w:pPr>
          </w:p>
        </w:tc>
      </w:tr>
    </w:tbl>
    <w:p w14:paraId="1047F2C1" w14:textId="77777777" w:rsidR="00B10ECB" w:rsidRPr="004C645E" w:rsidRDefault="000A1599">
      <w:pPr>
        <w:spacing w:line="276" w:lineRule="auto"/>
        <w:jc w:val="both"/>
        <w:rPr>
          <w:lang w:val="es-ES"/>
        </w:rPr>
      </w:pPr>
      <w:r w:rsidRPr="004C645E">
        <w:rPr>
          <w:lang w:val="es-ES"/>
        </w:rPr>
        <w:t>LAS SOLICITUDES INCOMPLETAS PODRÁN SER DECLARADAS FUERA DE BASES.</w:t>
      </w:r>
    </w:p>
    <w:p w14:paraId="3338950E" w14:textId="77777777" w:rsidR="00B10ECB" w:rsidRPr="004C645E" w:rsidRDefault="000A1599">
      <w:pPr>
        <w:spacing w:line="276" w:lineRule="auto"/>
        <w:rPr>
          <w:lang w:val="es-ES"/>
        </w:rPr>
      </w:pPr>
      <w:r w:rsidRPr="004C645E">
        <w:rPr>
          <w:lang w:val="es-ES"/>
        </w:rPr>
        <w:br w:type="page"/>
      </w:r>
    </w:p>
    <w:p w14:paraId="1CBB03BE" w14:textId="77777777" w:rsidR="00B10ECB" w:rsidRPr="004C645E" w:rsidRDefault="000A1599">
      <w:pPr>
        <w:pStyle w:val="Ttulo1"/>
        <w:spacing w:before="240" w:after="120" w:line="276" w:lineRule="auto"/>
        <w:rPr>
          <w:lang w:val="es-ES"/>
        </w:rPr>
      </w:pPr>
      <w:r w:rsidRPr="004C645E">
        <w:rPr>
          <w:rFonts w:ascii="Verdana" w:eastAsia="Verdana" w:hAnsi="Verdana"/>
          <w:sz w:val="20"/>
          <w:lang w:val="es-ES"/>
        </w:rPr>
        <w:lastRenderedPageBreak/>
        <w:t>ANEXO N°2. CARTA DE PATROCINIO FACULTAD, INSTITUTO O UNIDAD ACADÉMICA</w:t>
      </w:r>
    </w:p>
    <w:p w14:paraId="4D8B58B4" w14:textId="77777777" w:rsidR="00B10ECB" w:rsidRPr="004C645E" w:rsidRDefault="000A1599">
      <w:pPr>
        <w:spacing w:line="276" w:lineRule="auto"/>
        <w:jc w:val="both"/>
        <w:rPr>
          <w:lang w:val="es-ES"/>
        </w:rPr>
      </w:pPr>
      <w:r w:rsidRPr="004C645E">
        <w:rPr>
          <w:lang w:val="es-ES"/>
        </w:rPr>
        <w:t>Por medio de la presente, la Facultad, Instituto o unidad académica ______________________________ declara conocer y patrocinar la postulación del proyecto denominado ______________________________ al Concurso “Agro-Future Joint Lab”, comprometiendo las condiciones mínimas para que el equipo pueda ejecutar las actividades aprobadas, conforme a las bases del concurso y al presupuesto autorizado.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B10ECB" w:rsidRPr="004C645E" w14:paraId="6E7E367B" w14:textId="77777777">
        <w:trPr>
          <w:jc w:val="center"/>
        </w:trPr>
        <w:tc>
          <w:tcPr>
            <w:tcW w:w="5040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6D292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7"/>
                <w:lang w:val="es-ES"/>
              </w:rPr>
              <w:t>Campo</w:t>
            </w:r>
          </w:p>
        </w:tc>
        <w:tc>
          <w:tcPr>
            <w:tcW w:w="5040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91B6E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7"/>
                <w:lang w:val="es-ES"/>
              </w:rPr>
              <w:t>Información</w:t>
            </w:r>
          </w:p>
        </w:tc>
      </w:tr>
      <w:tr w:rsidR="00B10ECB" w:rsidRPr="004C645E" w14:paraId="06BACB47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CFF9F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Unidad que patrocina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7692D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DF2CB9" w14:paraId="763B53A8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513CC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 xml:space="preserve">Decano/a, </w:t>
            </w:r>
            <w:proofErr w:type="gramStart"/>
            <w:r w:rsidRPr="004C645E">
              <w:rPr>
                <w:sz w:val="17"/>
                <w:lang w:val="es-ES"/>
              </w:rPr>
              <w:t>Director</w:t>
            </w:r>
            <w:proofErr w:type="gramEnd"/>
            <w:r w:rsidRPr="004C645E">
              <w:rPr>
                <w:sz w:val="17"/>
                <w:lang w:val="es-ES"/>
              </w:rPr>
              <w:t>/a o autoridad responsable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54B02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4C645E" w14:paraId="7AF67ED7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53C41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Director(a) del proyecto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57CEE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4C645E" w14:paraId="68BF15BA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CE9C7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Título del proyecto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151E2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4C645E" w14:paraId="57E4A325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17D7B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Disponibilidad horaria del equipo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7834C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DF2CB9" w14:paraId="58421480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3A68B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Infraestructura, laboratorio o apoyo institucional comprometido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9161D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DF2CB9" w14:paraId="597EA21F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1954A7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Restricciones o condiciones de uso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D188EC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4C645E" w14:paraId="5C9CD85D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E57AD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Firma y fecha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66E93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</w:tbl>
    <w:p w14:paraId="08255542" w14:textId="77777777" w:rsidR="00B10ECB" w:rsidRPr="004C645E" w:rsidRDefault="000A1599">
      <w:pPr>
        <w:spacing w:line="276" w:lineRule="auto"/>
        <w:rPr>
          <w:lang w:val="es-ES"/>
        </w:rPr>
      </w:pPr>
      <w:r w:rsidRPr="004C645E">
        <w:rPr>
          <w:lang w:val="es-ES"/>
        </w:rPr>
        <w:br w:type="page"/>
      </w:r>
    </w:p>
    <w:p w14:paraId="1B4486EB" w14:textId="77777777" w:rsidR="00B10ECB" w:rsidRPr="004C645E" w:rsidRDefault="000A1599">
      <w:pPr>
        <w:pStyle w:val="Ttulo1"/>
        <w:spacing w:before="240" w:after="120" w:line="276" w:lineRule="auto"/>
        <w:rPr>
          <w:lang w:val="es-ES"/>
        </w:rPr>
      </w:pPr>
      <w:r w:rsidRPr="004C645E">
        <w:rPr>
          <w:rFonts w:ascii="Verdana" w:eastAsia="Verdana" w:hAnsi="Verdana"/>
          <w:sz w:val="20"/>
          <w:lang w:val="es-ES"/>
        </w:rPr>
        <w:lastRenderedPageBreak/>
        <w:t>ANEXO N°3. DECLARACIÓN DE PROPIEDAD INTELECTUAL Y CONFIDENCIALIDAD</w:t>
      </w:r>
    </w:p>
    <w:p w14:paraId="2EF892DB" w14:textId="77777777" w:rsidR="00B10ECB" w:rsidRPr="004C645E" w:rsidRDefault="000A1599">
      <w:pPr>
        <w:spacing w:line="276" w:lineRule="auto"/>
        <w:jc w:val="both"/>
        <w:rPr>
          <w:lang w:val="es-ES"/>
        </w:rPr>
      </w:pPr>
      <w:r w:rsidRPr="004C645E">
        <w:rPr>
          <w:lang w:val="es-ES"/>
        </w:rPr>
        <w:t>El/la director/a responsable declara que la información presentada es veraz y que se han informado los antecedentes de propiedad intelectual, confidencialidad, publicaciones, contratos, licencias, fondos o compromisos previos que puedan afectar la ejecución o transferencia de la tecnología.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360"/>
        <w:gridCol w:w="1680"/>
        <w:gridCol w:w="1680"/>
        <w:gridCol w:w="3360"/>
      </w:tblGrid>
      <w:tr w:rsidR="00B10ECB" w:rsidRPr="004C645E" w14:paraId="1773AF9F" w14:textId="77777777">
        <w:trPr>
          <w:jc w:val="center"/>
        </w:trPr>
        <w:tc>
          <w:tcPr>
            <w:tcW w:w="5040" w:type="dxa"/>
            <w:gridSpan w:val="2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698DA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7"/>
                <w:lang w:val="es-ES"/>
              </w:rPr>
              <w:t>Declaración</w:t>
            </w:r>
          </w:p>
        </w:tc>
        <w:tc>
          <w:tcPr>
            <w:tcW w:w="5040" w:type="dxa"/>
            <w:gridSpan w:val="2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2AD01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7"/>
                <w:lang w:val="es-ES"/>
              </w:rPr>
              <w:t>Marcar / completar</w:t>
            </w:r>
          </w:p>
        </w:tc>
      </w:tr>
      <w:tr w:rsidR="00B10ECB" w:rsidRPr="004C645E" w14:paraId="1C8B3915" w14:textId="77777777">
        <w:trPr>
          <w:jc w:val="center"/>
        </w:trPr>
        <w:tc>
          <w:tcPr>
            <w:tcW w:w="504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251957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Declaro haber informado la titularidad de los resultados, prototipos, software, datos, metodologías o know-how asociados al proyecto.</w:t>
            </w:r>
          </w:p>
        </w:tc>
        <w:tc>
          <w:tcPr>
            <w:tcW w:w="504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9E962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 xml:space="preserve">☐ </w:t>
            </w:r>
            <w:proofErr w:type="gramStart"/>
            <w:r w:rsidRPr="004C645E">
              <w:rPr>
                <w:sz w:val="17"/>
                <w:lang w:val="es-ES"/>
              </w:rPr>
              <w:t>Sí  ☐</w:t>
            </w:r>
            <w:proofErr w:type="gramEnd"/>
            <w:r w:rsidRPr="004C645E">
              <w:rPr>
                <w:sz w:val="17"/>
                <w:lang w:val="es-ES"/>
              </w:rPr>
              <w:t xml:space="preserve"> </w:t>
            </w:r>
            <w:proofErr w:type="gramStart"/>
            <w:r w:rsidRPr="004C645E">
              <w:rPr>
                <w:sz w:val="17"/>
                <w:lang w:val="es-ES"/>
              </w:rPr>
              <w:t>No  Observaciones</w:t>
            </w:r>
            <w:proofErr w:type="gramEnd"/>
            <w:r w:rsidRPr="004C645E">
              <w:rPr>
                <w:sz w:val="17"/>
                <w:lang w:val="es-ES"/>
              </w:rPr>
              <w:t>:</w:t>
            </w:r>
          </w:p>
        </w:tc>
      </w:tr>
      <w:tr w:rsidR="00B10ECB" w:rsidRPr="004C645E" w14:paraId="08A4E89B" w14:textId="77777777">
        <w:trPr>
          <w:jc w:val="center"/>
        </w:trPr>
        <w:tc>
          <w:tcPr>
            <w:tcW w:w="504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9A45C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Declaro que la propuesta no infringe derechos de terceros o que cuenta con las autorizaciones necesarias.</w:t>
            </w:r>
          </w:p>
        </w:tc>
        <w:tc>
          <w:tcPr>
            <w:tcW w:w="504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32D13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 xml:space="preserve">☐ </w:t>
            </w:r>
            <w:proofErr w:type="gramStart"/>
            <w:r w:rsidRPr="004C645E">
              <w:rPr>
                <w:sz w:val="17"/>
                <w:lang w:val="es-ES"/>
              </w:rPr>
              <w:t>Sí  ☐</w:t>
            </w:r>
            <w:proofErr w:type="gramEnd"/>
            <w:r w:rsidRPr="004C645E">
              <w:rPr>
                <w:sz w:val="17"/>
                <w:lang w:val="es-ES"/>
              </w:rPr>
              <w:t xml:space="preserve"> </w:t>
            </w:r>
            <w:proofErr w:type="gramStart"/>
            <w:r w:rsidRPr="004C645E">
              <w:rPr>
                <w:sz w:val="17"/>
                <w:lang w:val="es-ES"/>
              </w:rPr>
              <w:t>No  Observaciones</w:t>
            </w:r>
            <w:proofErr w:type="gramEnd"/>
            <w:r w:rsidRPr="004C645E">
              <w:rPr>
                <w:sz w:val="17"/>
                <w:lang w:val="es-ES"/>
              </w:rPr>
              <w:t>:</w:t>
            </w:r>
          </w:p>
        </w:tc>
      </w:tr>
      <w:tr w:rsidR="00B10ECB" w:rsidRPr="004C645E" w14:paraId="7D5DF736" w14:textId="77777777">
        <w:trPr>
          <w:jc w:val="center"/>
        </w:trPr>
        <w:tc>
          <w:tcPr>
            <w:tcW w:w="504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C265A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Declaro haber informado publicaciones, tesis, divulgaciones, contratos, licencias o financiamientos previos relacionados con la propuesta.</w:t>
            </w:r>
          </w:p>
        </w:tc>
        <w:tc>
          <w:tcPr>
            <w:tcW w:w="504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D80C55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 xml:space="preserve">☐ </w:t>
            </w:r>
            <w:proofErr w:type="gramStart"/>
            <w:r w:rsidRPr="004C645E">
              <w:rPr>
                <w:sz w:val="17"/>
                <w:lang w:val="es-ES"/>
              </w:rPr>
              <w:t>Sí  ☐</w:t>
            </w:r>
            <w:proofErr w:type="gramEnd"/>
            <w:r w:rsidRPr="004C645E">
              <w:rPr>
                <w:sz w:val="17"/>
                <w:lang w:val="es-ES"/>
              </w:rPr>
              <w:t xml:space="preserve"> </w:t>
            </w:r>
            <w:proofErr w:type="gramStart"/>
            <w:r w:rsidRPr="004C645E">
              <w:rPr>
                <w:sz w:val="17"/>
                <w:lang w:val="es-ES"/>
              </w:rPr>
              <w:t>No  Observaciones</w:t>
            </w:r>
            <w:proofErr w:type="gramEnd"/>
            <w:r w:rsidRPr="004C645E">
              <w:rPr>
                <w:sz w:val="17"/>
                <w:lang w:val="es-ES"/>
              </w:rPr>
              <w:t>:</w:t>
            </w:r>
          </w:p>
        </w:tc>
      </w:tr>
      <w:tr w:rsidR="00B10ECB" w:rsidRPr="004C645E" w14:paraId="1076CF20" w14:textId="77777777">
        <w:trPr>
          <w:jc w:val="center"/>
        </w:trPr>
        <w:tc>
          <w:tcPr>
            <w:tcW w:w="504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1C6D5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Declaro conocer que toda información confidencial deberá ser utilizada exclusivamente para los fines del concurso.</w:t>
            </w:r>
          </w:p>
        </w:tc>
        <w:tc>
          <w:tcPr>
            <w:tcW w:w="504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5A8BB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 xml:space="preserve">☐ </w:t>
            </w:r>
            <w:proofErr w:type="gramStart"/>
            <w:r w:rsidRPr="004C645E">
              <w:rPr>
                <w:sz w:val="17"/>
                <w:lang w:val="es-ES"/>
              </w:rPr>
              <w:t>Sí  ☐</w:t>
            </w:r>
            <w:proofErr w:type="gramEnd"/>
            <w:r w:rsidRPr="004C645E">
              <w:rPr>
                <w:sz w:val="17"/>
                <w:lang w:val="es-ES"/>
              </w:rPr>
              <w:t xml:space="preserve"> No</w:t>
            </w:r>
          </w:p>
        </w:tc>
      </w:tr>
      <w:tr w:rsidR="00B10ECB" w:rsidRPr="004C645E" w14:paraId="20B15FC2" w14:textId="77777777">
        <w:trPr>
          <w:jc w:val="center"/>
        </w:trPr>
        <w:tc>
          <w:tcPr>
            <w:tcW w:w="504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4B327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Declaro que cualquier publicación, difusión o comunicación pública deberá ser revisada previamente para resguardar confidencialidad y potencial protección de resultados.</w:t>
            </w:r>
          </w:p>
        </w:tc>
        <w:tc>
          <w:tcPr>
            <w:tcW w:w="504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99F4F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 xml:space="preserve">☐ </w:t>
            </w:r>
            <w:proofErr w:type="gramStart"/>
            <w:r w:rsidRPr="004C645E">
              <w:rPr>
                <w:sz w:val="17"/>
                <w:lang w:val="es-ES"/>
              </w:rPr>
              <w:t>Sí  ☐</w:t>
            </w:r>
            <w:proofErr w:type="gramEnd"/>
            <w:r w:rsidRPr="004C645E">
              <w:rPr>
                <w:sz w:val="17"/>
                <w:lang w:val="es-ES"/>
              </w:rPr>
              <w:t xml:space="preserve"> No</w:t>
            </w:r>
          </w:p>
        </w:tc>
      </w:tr>
      <w:tr w:rsidR="00B10ECB" w:rsidRPr="004C645E" w14:paraId="07120EF3" w14:textId="77777777">
        <w:trPr>
          <w:jc w:val="center"/>
        </w:trPr>
        <w:tc>
          <w:tcPr>
            <w:tcW w:w="3360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B368F2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7"/>
                <w:lang w:val="es-ES"/>
              </w:rPr>
              <w:t>Nombre director(a) responsable</w:t>
            </w:r>
          </w:p>
        </w:tc>
        <w:tc>
          <w:tcPr>
            <w:tcW w:w="3360" w:type="dxa"/>
            <w:gridSpan w:val="2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DF317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7"/>
                <w:lang w:val="es-ES"/>
              </w:rPr>
              <w:t>Firma</w:t>
            </w:r>
          </w:p>
        </w:tc>
        <w:tc>
          <w:tcPr>
            <w:tcW w:w="3360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F397C3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7"/>
                <w:lang w:val="es-ES"/>
              </w:rPr>
              <w:t>Fecha</w:t>
            </w:r>
          </w:p>
        </w:tc>
      </w:tr>
      <w:tr w:rsidR="00B10ECB" w:rsidRPr="004C645E" w14:paraId="784DE395" w14:textId="77777777">
        <w:trPr>
          <w:jc w:val="center"/>
        </w:trPr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44476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336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5347F3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  <w:tc>
          <w:tcPr>
            <w:tcW w:w="336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BEA07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</w:tbl>
    <w:p w14:paraId="5F20D18C" w14:textId="77777777" w:rsidR="00B10ECB" w:rsidRPr="004C645E" w:rsidRDefault="000A1599">
      <w:pPr>
        <w:spacing w:line="276" w:lineRule="auto"/>
        <w:rPr>
          <w:lang w:val="es-ES"/>
        </w:rPr>
      </w:pPr>
      <w:r w:rsidRPr="004C645E">
        <w:rPr>
          <w:lang w:val="es-ES"/>
        </w:rPr>
        <w:br w:type="page"/>
      </w:r>
    </w:p>
    <w:p w14:paraId="0913E2F8" w14:textId="77777777" w:rsidR="00B10ECB" w:rsidRPr="004C645E" w:rsidRDefault="000A1599">
      <w:pPr>
        <w:pStyle w:val="Ttulo1"/>
        <w:spacing w:before="240" w:after="120" w:line="276" w:lineRule="auto"/>
        <w:rPr>
          <w:lang w:val="es-ES"/>
        </w:rPr>
      </w:pPr>
      <w:r w:rsidRPr="004C645E">
        <w:rPr>
          <w:rFonts w:ascii="Verdana" w:eastAsia="Verdana" w:hAnsi="Verdana"/>
          <w:sz w:val="20"/>
          <w:lang w:val="es-ES"/>
        </w:rPr>
        <w:lastRenderedPageBreak/>
        <w:t>ANEXO N°4. CURRICULUM VITAE ABREVIADO</w:t>
      </w:r>
    </w:p>
    <w:p w14:paraId="5AF70847" w14:textId="77777777" w:rsidR="00B10ECB" w:rsidRPr="004C645E" w:rsidRDefault="000A1599">
      <w:pPr>
        <w:spacing w:line="276" w:lineRule="auto"/>
        <w:jc w:val="both"/>
        <w:rPr>
          <w:lang w:val="es-ES"/>
        </w:rPr>
      </w:pPr>
      <w:r w:rsidRPr="004C645E">
        <w:rPr>
          <w:lang w:val="es-ES"/>
        </w:rPr>
        <w:t>Completar o adjuntar CV libre de cada integrante crítico del equipo. Extensión sugerida: máximo 3 páginas por integrante, priorizando antecedentes pertinentes al proyecto.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B10ECB" w:rsidRPr="004C645E" w14:paraId="5339FEAB" w14:textId="77777777">
        <w:trPr>
          <w:jc w:val="center"/>
        </w:trPr>
        <w:tc>
          <w:tcPr>
            <w:tcW w:w="5040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570DF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7"/>
                <w:lang w:val="es-ES"/>
              </w:rPr>
              <w:t>Campo</w:t>
            </w:r>
          </w:p>
        </w:tc>
        <w:tc>
          <w:tcPr>
            <w:tcW w:w="5040" w:type="dxa"/>
            <w:shd w:val="clear" w:color="auto" w:fill="E9F1E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7F620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b/>
                <w:color w:val="2C6C42"/>
                <w:sz w:val="17"/>
                <w:lang w:val="es-ES"/>
              </w:rPr>
              <w:t>Información</w:t>
            </w:r>
          </w:p>
        </w:tc>
      </w:tr>
      <w:tr w:rsidR="00B10ECB" w:rsidRPr="004C645E" w14:paraId="65053805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BC62D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Nombre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EA74E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4C645E" w14:paraId="4E3D552F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430C1C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Cargo / institución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43E0C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4C645E" w14:paraId="628C234A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9CB9C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Formación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4E9DB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4C645E" w14:paraId="2C57E387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2B895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Experiencia relevante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FF8C7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DF2CB9" w14:paraId="4798B901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C087FC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Proyectos I+D+i relacionados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DB57F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DF2CB9" w14:paraId="3F743FFD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E3C8C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Publicaciones, patentes, prototipos o transferencias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6590E3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  <w:tr w:rsidR="00B10ECB" w:rsidRPr="00DF2CB9" w14:paraId="344302FA" w14:textId="77777777">
        <w:trPr>
          <w:jc w:val="center"/>
        </w:trPr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7997C" w14:textId="77777777" w:rsidR="00B10ECB" w:rsidRPr="004C645E" w:rsidRDefault="000A1599">
            <w:pPr>
              <w:spacing w:after="40" w:line="252" w:lineRule="auto"/>
              <w:rPr>
                <w:lang w:val="es-ES"/>
              </w:rPr>
            </w:pPr>
            <w:r w:rsidRPr="004C645E">
              <w:rPr>
                <w:sz w:val="17"/>
                <w:lang w:val="es-ES"/>
              </w:rPr>
              <w:t>Rol específico en el proyecto</w:t>
            </w:r>
          </w:p>
        </w:tc>
        <w:tc>
          <w:tcPr>
            <w:tcW w:w="504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81C50" w14:textId="77777777" w:rsidR="00B10ECB" w:rsidRPr="004C645E" w:rsidRDefault="00B10ECB">
            <w:pPr>
              <w:spacing w:after="40" w:line="252" w:lineRule="auto"/>
              <w:rPr>
                <w:lang w:val="es-ES"/>
              </w:rPr>
            </w:pPr>
          </w:p>
        </w:tc>
      </w:tr>
    </w:tbl>
    <w:p w14:paraId="2D2FECC9" w14:textId="77777777" w:rsidR="000A1599" w:rsidRPr="004C645E" w:rsidRDefault="000A1599">
      <w:pPr>
        <w:rPr>
          <w:lang w:val="es-ES"/>
        </w:rPr>
      </w:pPr>
    </w:p>
    <w:sectPr w:rsidR="000A1599" w:rsidRPr="004C645E" w:rsidSect="00034616">
      <w:headerReference w:type="default" r:id="rId8"/>
      <w:footerReference w:type="default" r:id="rId9"/>
      <w:pgSz w:w="12240" w:h="15840"/>
      <w:pgMar w:top="1008" w:right="1080" w:bottom="936" w:left="1080" w:header="720" w:footer="720" w:gutter="0"/>
      <w:pgBorders w:offsetFrom="page">
        <w:top w:val="single" w:sz="8" w:space="20" w:color="2C6C42"/>
        <w:left w:val="single" w:sz="8" w:space="20" w:color="2C6C42"/>
        <w:bottom w:val="single" w:sz="8" w:space="20" w:color="2C6C42"/>
        <w:right w:val="single" w:sz="8" w:space="20" w:color="2C6C4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E8E0A" w14:textId="77777777" w:rsidR="00145EF5" w:rsidRDefault="00145EF5">
      <w:pPr>
        <w:spacing w:after="0" w:line="240" w:lineRule="auto"/>
      </w:pPr>
      <w:r>
        <w:separator/>
      </w:r>
    </w:p>
  </w:endnote>
  <w:endnote w:type="continuationSeparator" w:id="0">
    <w:p w14:paraId="6E31CC01" w14:textId="77777777" w:rsidR="00145EF5" w:rsidRDefault="00145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B42EA" w14:textId="77777777" w:rsidR="00B10ECB" w:rsidRPr="00CB3E6B" w:rsidRDefault="000A1599">
    <w:pPr>
      <w:pStyle w:val="Piedepgina"/>
      <w:jc w:val="center"/>
      <w:rPr>
        <w:lang w:val="es-CL"/>
      </w:rPr>
    </w:pPr>
    <w:r w:rsidRPr="00CB3E6B">
      <w:rPr>
        <w:color w:val="5A6064"/>
        <w:sz w:val="16"/>
        <w:lang w:val="es-CL"/>
      </w:rPr>
      <w:t>Concurso Agro-Future Joint Lab · Universidad Autónoma de Chile + Martínez &amp; Valdivieso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FEF0C" w14:textId="77777777" w:rsidR="00145EF5" w:rsidRDefault="00145EF5">
      <w:pPr>
        <w:spacing w:after="0" w:line="240" w:lineRule="auto"/>
      </w:pPr>
      <w:r>
        <w:separator/>
      </w:r>
    </w:p>
  </w:footnote>
  <w:footnote w:type="continuationSeparator" w:id="0">
    <w:p w14:paraId="6B436C2D" w14:textId="77777777" w:rsidR="00145EF5" w:rsidRDefault="00145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DAFCD" w14:textId="77777777" w:rsidR="00B10ECB" w:rsidRDefault="00B10ECB">
    <w:pPr>
      <w:pStyle w:val="Encabezado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3360"/>
      <w:gridCol w:w="3360"/>
      <w:gridCol w:w="3360"/>
    </w:tblGrid>
    <w:tr w:rsidR="00B10ECB" w14:paraId="5175AAD3" w14:textId="77777777">
      <w:trPr>
        <w:jc w:val="center"/>
      </w:trPr>
      <w:tc>
        <w:tcPr>
          <w:tcW w:w="3360" w:type="dxa"/>
          <w:tcBorders>
            <w:top w:val="nil"/>
            <w:left w:val="nil"/>
            <w:bottom w:val="nil"/>
            <w:right w:val="nil"/>
          </w:tcBorders>
        </w:tcPr>
        <w:p w14:paraId="39DE2709" w14:textId="187E5126" w:rsidR="00B10ECB" w:rsidRDefault="00190832">
          <w:r w:rsidRPr="009A56E4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0FBD9EC" wp14:editId="07685BBE">
                <wp:simplePos x="0" y="0"/>
                <wp:positionH relativeFrom="column">
                  <wp:posOffset>9525</wp:posOffset>
                </wp:positionH>
                <wp:positionV relativeFrom="paragraph">
                  <wp:posOffset>23495</wp:posOffset>
                </wp:positionV>
                <wp:extent cx="947420" cy="947420"/>
                <wp:effectExtent l="0" t="0" r="5080" b="5080"/>
                <wp:wrapThrough wrapText="bothSides">
                  <wp:wrapPolygon edited="0">
                    <wp:start x="0" y="0"/>
                    <wp:lineTo x="0" y="21426"/>
                    <wp:lineTo x="21426" y="21426"/>
                    <wp:lineTo x="21426" y="0"/>
                    <wp:lineTo x="0" y="0"/>
                  </wp:wrapPolygon>
                </wp:wrapThrough>
                <wp:docPr id="196767707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767707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7420" cy="9474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60" w:type="dxa"/>
          <w:tcBorders>
            <w:top w:val="nil"/>
            <w:left w:val="nil"/>
            <w:bottom w:val="nil"/>
            <w:right w:val="nil"/>
          </w:tcBorders>
        </w:tcPr>
        <w:p w14:paraId="1A8C5CC3" w14:textId="77777777" w:rsidR="00B10ECB" w:rsidRPr="00CB3E6B" w:rsidRDefault="000A1599">
          <w:pPr>
            <w:jc w:val="center"/>
            <w:rPr>
              <w:lang w:val="es-CL"/>
            </w:rPr>
          </w:pPr>
          <w:r w:rsidRPr="00CB3E6B">
            <w:rPr>
              <w:b/>
              <w:color w:val="2C6C42"/>
              <w:sz w:val="17"/>
              <w:lang w:val="es-CL"/>
            </w:rPr>
            <w:t>Agro-Future Joint Lab</w:t>
          </w:r>
          <w:r w:rsidRPr="00CB3E6B">
            <w:rPr>
              <w:b/>
              <w:color w:val="2C6C42"/>
              <w:sz w:val="17"/>
              <w:lang w:val="es-CL"/>
            </w:rPr>
            <w:br/>
            <w:t>Formularios de postulación</w:t>
          </w:r>
        </w:p>
      </w:tc>
      <w:tc>
        <w:tcPr>
          <w:tcW w:w="3360" w:type="dxa"/>
          <w:tcBorders>
            <w:top w:val="nil"/>
            <w:left w:val="nil"/>
            <w:bottom w:val="nil"/>
            <w:right w:val="nil"/>
          </w:tcBorders>
        </w:tcPr>
        <w:p w14:paraId="15CF6C2D" w14:textId="77777777" w:rsidR="00B10ECB" w:rsidRDefault="000A1599">
          <w:pPr>
            <w:jc w:val="right"/>
          </w:pPr>
          <w:r>
            <w:rPr>
              <w:noProof/>
            </w:rPr>
            <w:drawing>
              <wp:inline distT="0" distB="0" distL="0" distR="0" wp14:anchorId="2B75B205" wp14:editId="5D3B2DDA">
                <wp:extent cx="1143000" cy="11430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&amp;V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0" cy="1143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2D282C"/>
    <w:multiLevelType w:val="hybridMultilevel"/>
    <w:tmpl w:val="B8B81AC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B4CD0"/>
    <w:multiLevelType w:val="hybridMultilevel"/>
    <w:tmpl w:val="A1F6F47C"/>
    <w:lvl w:ilvl="0" w:tplc="3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936709">
    <w:abstractNumId w:val="8"/>
  </w:num>
  <w:num w:numId="2" w16cid:durableId="856231598">
    <w:abstractNumId w:val="6"/>
  </w:num>
  <w:num w:numId="3" w16cid:durableId="1295286092">
    <w:abstractNumId w:val="5"/>
  </w:num>
  <w:num w:numId="4" w16cid:durableId="1975061909">
    <w:abstractNumId w:val="4"/>
  </w:num>
  <w:num w:numId="5" w16cid:durableId="339624678">
    <w:abstractNumId w:val="7"/>
  </w:num>
  <w:num w:numId="6" w16cid:durableId="1076394760">
    <w:abstractNumId w:val="3"/>
  </w:num>
  <w:num w:numId="7" w16cid:durableId="611136943">
    <w:abstractNumId w:val="2"/>
  </w:num>
  <w:num w:numId="8" w16cid:durableId="1496531767">
    <w:abstractNumId w:val="1"/>
  </w:num>
  <w:num w:numId="9" w16cid:durableId="1886865318">
    <w:abstractNumId w:val="0"/>
  </w:num>
  <w:num w:numId="10" w16cid:durableId="679234617">
    <w:abstractNumId w:val="9"/>
  </w:num>
  <w:num w:numId="11" w16cid:durableId="5751702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1599"/>
    <w:rsid w:val="001410AC"/>
    <w:rsid w:val="00145EF5"/>
    <w:rsid w:val="0015074B"/>
    <w:rsid w:val="00172F21"/>
    <w:rsid w:val="001776C2"/>
    <w:rsid w:val="001824AB"/>
    <w:rsid w:val="00190832"/>
    <w:rsid w:val="001A1A76"/>
    <w:rsid w:val="001A39F0"/>
    <w:rsid w:val="001F7F0F"/>
    <w:rsid w:val="00227CAF"/>
    <w:rsid w:val="002312B7"/>
    <w:rsid w:val="00262989"/>
    <w:rsid w:val="0029639D"/>
    <w:rsid w:val="002E01A7"/>
    <w:rsid w:val="002E2C3A"/>
    <w:rsid w:val="00326F90"/>
    <w:rsid w:val="00356D6B"/>
    <w:rsid w:val="00425D14"/>
    <w:rsid w:val="004C645E"/>
    <w:rsid w:val="004D69DC"/>
    <w:rsid w:val="00521F8C"/>
    <w:rsid w:val="00554D74"/>
    <w:rsid w:val="00564ADD"/>
    <w:rsid w:val="00574C57"/>
    <w:rsid w:val="005B06CE"/>
    <w:rsid w:val="005C51CB"/>
    <w:rsid w:val="005F158B"/>
    <w:rsid w:val="006440B6"/>
    <w:rsid w:val="006B45AA"/>
    <w:rsid w:val="0077094B"/>
    <w:rsid w:val="007A7888"/>
    <w:rsid w:val="008369D6"/>
    <w:rsid w:val="00854B04"/>
    <w:rsid w:val="00986842"/>
    <w:rsid w:val="00A9649E"/>
    <w:rsid w:val="00AA1D8D"/>
    <w:rsid w:val="00AA2027"/>
    <w:rsid w:val="00AC639B"/>
    <w:rsid w:val="00AF6E08"/>
    <w:rsid w:val="00B10ECB"/>
    <w:rsid w:val="00B4566E"/>
    <w:rsid w:val="00B47730"/>
    <w:rsid w:val="00C15DBB"/>
    <w:rsid w:val="00CB0664"/>
    <w:rsid w:val="00CB3E6B"/>
    <w:rsid w:val="00CC249D"/>
    <w:rsid w:val="00D007DE"/>
    <w:rsid w:val="00D353CD"/>
    <w:rsid w:val="00D53037"/>
    <w:rsid w:val="00D53FAA"/>
    <w:rsid w:val="00D82144"/>
    <w:rsid w:val="00DF2CB9"/>
    <w:rsid w:val="00E07484"/>
    <w:rsid w:val="00E64481"/>
    <w:rsid w:val="00E71A61"/>
    <w:rsid w:val="00E7606D"/>
    <w:rsid w:val="00EB375E"/>
    <w:rsid w:val="00EE13F5"/>
    <w:rsid w:val="00FC693F"/>
    <w:rsid w:val="00FD0A85"/>
    <w:rsid w:val="00FF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C37CAE7C-124A-4AF9-BDFB-7658BE36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360" w:lineRule="auto"/>
    </w:pPr>
    <w:rPr>
      <w:rFonts w:ascii="Verdana" w:eastAsia="Verdana" w:hAnsi="Verdana"/>
      <w:color w:val="1F2529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/>
      <w:b/>
      <w:bCs/>
      <w:color w:val="2C6C42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/>
      <w:b/>
      <w:bCs/>
      <w:color w:val="2C6C42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80" w:after="140"/>
      <w:outlineLvl w:val="2"/>
    </w:pPr>
    <w:rPr>
      <w:rFonts w:asciiTheme="majorHAnsi" w:eastAsiaTheme="majorEastAsia" w:hAnsiTheme="majorHAnsi" w:cstheme="majorBidi"/>
      <w:b/>
      <w:bCs/>
      <w:color w:val="2A5082"/>
      <w:sz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D821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82144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82144"/>
    <w:rPr>
      <w:rFonts w:ascii="Verdana" w:eastAsia="Verdana" w:hAnsi="Verdana"/>
      <w:color w:val="1F2529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821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82144"/>
    <w:rPr>
      <w:rFonts w:ascii="Verdana" w:eastAsia="Verdana" w:hAnsi="Verdana"/>
      <w:b/>
      <w:bCs/>
      <w:color w:val="1F2529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946</Words>
  <Characters>6088</Characters>
  <Application>Microsoft Office Word</Application>
  <DocSecurity>4</DocSecurity>
  <Lines>380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Fernanda Flores Echeverría</cp:lastModifiedBy>
  <cp:revision>2</cp:revision>
  <dcterms:created xsi:type="dcterms:W3CDTF">2026-07-10T19:50:00Z</dcterms:created>
  <dcterms:modified xsi:type="dcterms:W3CDTF">2026-07-10T19:50:00Z</dcterms:modified>
  <cp:category/>
</cp:coreProperties>
</file>