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9752"/>
      </w:tblGrid>
      <w:tr w:rsidR="004F6363" w:rsidRPr="00F06F82" w14:paraId="72002851" w14:textId="77777777">
        <w:trPr>
          <w:jc w:val="center"/>
        </w:trPr>
        <w:tc>
          <w:tcPr>
            <w:tcW w:w="9752" w:type="dxa"/>
            <w:tcBorders>
              <w:top w:val="nil"/>
              <w:left w:val="nil"/>
              <w:bottom w:val="nil"/>
              <w:right w:val="nil"/>
            </w:tcBorders>
          </w:tcPr>
          <w:p w14:paraId="4AFD49AC" w14:textId="77777777" w:rsidR="004F6363" w:rsidRPr="00F06F82" w:rsidRDefault="0068709F">
            <w:pPr>
              <w:jc w:val="center"/>
            </w:pPr>
            <w:r w:rsidRPr="00F06F82">
              <w:rPr>
                <w:noProof/>
              </w:rPr>
              <w:drawing>
                <wp:inline distT="0" distB="0" distL="0" distR="0" wp14:anchorId="5D9D064A" wp14:editId="6C0737F8">
                  <wp:extent cx="2880000" cy="288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
                          <a:stretch>
                            <a:fillRect/>
                          </a:stretch>
                        </pic:blipFill>
                        <pic:spPr>
                          <a:xfrm>
                            <a:off x="0" y="0"/>
                            <a:ext cx="2880000" cy="2880000"/>
                          </a:xfrm>
                          <a:prstGeom prst="rect">
                            <a:avLst/>
                          </a:prstGeom>
                        </pic:spPr>
                      </pic:pic>
                    </a:graphicData>
                  </a:graphic>
                </wp:inline>
              </w:drawing>
            </w:r>
          </w:p>
        </w:tc>
      </w:tr>
    </w:tbl>
    <w:p w14:paraId="0B17ADA8" w14:textId="77777777" w:rsidR="004F6363" w:rsidRPr="00F06F82" w:rsidRDefault="0068709F">
      <w:pPr>
        <w:spacing w:before="280"/>
        <w:jc w:val="center"/>
      </w:pPr>
      <w:r w:rsidRPr="00F06F82">
        <w:rPr>
          <w:b/>
          <w:color w:val="17365D"/>
          <w:sz w:val="48"/>
        </w:rPr>
        <w:t>FORMULARIOS DE POSTULACIÓN</w:t>
      </w:r>
    </w:p>
    <w:p w14:paraId="266DADD2" w14:textId="77777777" w:rsidR="004F6363" w:rsidRPr="00F06F82" w:rsidRDefault="0068709F">
      <w:pPr>
        <w:jc w:val="center"/>
      </w:pPr>
      <w:r w:rsidRPr="00F06F82">
        <w:rPr>
          <w:b/>
          <w:color w:val="2C6C42"/>
          <w:sz w:val="34"/>
        </w:rPr>
        <w:t>CONCURSO “AGRO-FUTURE JOINT LAB”</w:t>
      </w:r>
    </w:p>
    <w:p w14:paraId="58B21612" w14:textId="77777777" w:rsidR="004F6363" w:rsidRPr="00F06F82" w:rsidRDefault="0068709F">
      <w:pPr>
        <w:jc w:val="center"/>
      </w:pPr>
      <w:r w:rsidRPr="00F06F82">
        <w:rPr>
          <w:b/>
          <w:color w:val="17365D"/>
          <w:sz w:val="28"/>
        </w:rPr>
        <w:t>VALIDACIÓN COLABORATIVA</w:t>
      </w:r>
    </w:p>
    <w:p w14:paraId="4305A700" w14:textId="77777777" w:rsidR="004F6363" w:rsidRPr="00F06F82" w:rsidRDefault="0068709F">
      <w:pPr>
        <w:spacing w:before="160"/>
        <w:jc w:val="center"/>
      </w:pPr>
      <w:r w:rsidRPr="00F06F82">
        <w:rPr>
          <w:b/>
          <w:sz w:val="24"/>
        </w:rPr>
        <w:t>Martínez &amp; Valdivieso</w:t>
      </w:r>
    </w:p>
    <w:tbl>
      <w:tblPr>
        <w:tblW w:w="0" w:type="auto"/>
        <w:jc w:val="center"/>
        <w:tblLayout w:type="fixed"/>
        <w:tblLook w:val="04A0" w:firstRow="1" w:lastRow="0" w:firstColumn="1" w:lastColumn="0" w:noHBand="0" w:noVBand="1"/>
      </w:tblPr>
      <w:tblGrid>
        <w:gridCol w:w="2835"/>
        <w:gridCol w:w="6803"/>
      </w:tblGrid>
      <w:tr w:rsidR="004F6363" w:rsidRPr="00F06F82" w14:paraId="7F3764F3" w14:textId="77777777">
        <w:trPr>
          <w:cantSplit/>
          <w:jc w:val="center"/>
        </w:trPr>
        <w:tc>
          <w:tcPr>
            <w:tcW w:w="2835"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4AE48B82" w14:textId="77777777" w:rsidR="004F6363" w:rsidRPr="00F06F82" w:rsidRDefault="0068709F">
            <w:pPr>
              <w:spacing w:after="40" w:line="252" w:lineRule="auto"/>
            </w:pPr>
            <w:r w:rsidRPr="00F06F82">
              <w:rPr>
                <w:rFonts w:ascii="Arial" w:hAnsi="Arial"/>
                <w:b/>
                <w:sz w:val="18"/>
              </w:rPr>
              <w:t>Documento</w:t>
            </w:r>
          </w:p>
        </w:tc>
        <w:tc>
          <w:tcPr>
            <w:tcW w:w="680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CC8D245" w14:textId="77777777" w:rsidR="004F6363" w:rsidRPr="00F06F82" w:rsidRDefault="0068709F">
            <w:pPr>
              <w:spacing w:after="40" w:line="252" w:lineRule="auto"/>
            </w:pPr>
            <w:r w:rsidRPr="00F06F82">
              <w:rPr>
                <w:rFonts w:ascii="Arial" w:hAnsi="Arial"/>
                <w:sz w:val="18"/>
              </w:rPr>
              <w:t>Anexos de postulación para el desafío de innovación abierta Agro-Future Joint Lab.</w:t>
            </w:r>
          </w:p>
        </w:tc>
      </w:tr>
      <w:tr w:rsidR="004F6363" w:rsidRPr="00F06F82" w14:paraId="112AF698" w14:textId="77777777">
        <w:trPr>
          <w:cantSplit/>
          <w:jc w:val="center"/>
        </w:trPr>
        <w:tc>
          <w:tcPr>
            <w:tcW w:w="2835"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0B28ADD9" w14:textId="77777777" w:rsidR="004F6363" w:rsidRPr="00F06F82" w:rsidRDefault="0068709F">
            <w:pPr>
              <w:spacing w:after="40" w:line="252" w:lineRule="auto"/>
            </w:pPr>
            <w:r w:rsidRPr="00F06F82">
              <w:rPr>
                <w:rFonts w:ascii="Arial" w:hAnsi="Arial"/>
                <w:b/>
                <w:sz w:val="18"/>
              </w:rPr>
              <w:t>Propósito</w:t>
            </w:r>
          </w:p>
        </w:tc>
        <w:tc>
          <w:tcPr>
            <w:tcW w:w="680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2A22324" w14:textId="77777777" w:rsidR="004F6363" w:rsidRPr="00F06F82" w:rsidRDefault="0068709F">
            <w:pPr>
              <w:spacing w:after="40" w:line="252" w:lineRule="auto"/>
            </w:pPr>
            <w:r w:rsidRPr="00F06F82">
              <w:rPr>
                <w:rFonts w:ascii="Arial" w:hAnsi="Arial"/>
                <w:sz w:val="18"/>
              </w:rPr>
              <w:t>Presentar soluciones tecnológicas provenientes del ecosistema de innovación, con evidencia previa y capacidad de validación en entorno relevante.</w:t>
            </w:r>
          </w:p>
        </w:tc>
      </w:tr>
      <w:tr w:rsidR="004F6363" w:rsidRPr="00F06F82" w14:paraId="0E837305" w14:textId="77777777">
        <w:trPr>
          <w:cantSplit/>
          <w:jc w:val="center"/>
        </w:trPr>
        <w:tc>
          <w:tcPr>
            <w:tcW w:w="2835"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3842E8E1" w14:textId="77777777" w:rsidR="004F6363" w:rsidRPr="00F06F82" w:rsidRDefault="0068709F">
            <w:pPr>
              <w:spacing w:after="40" w:line="252" w:lineRule="auto"/>
            </w:pPr>
            <w:r w:rsidRPr="00F06F82">
              <w:rPr>
                <w:rFonts w:ascii="Arial" w:hAnsi="Arial"/>
                <w:b/>
                <w:sz w:val="18"/>
              </w:rPr>
              <w:t>Financiamiento por proyecto</w:t>
            </w:r>
          </w:p>
        </w:tc>
        <w:tc>
          <w:tcPr>
            <w:tcW w:w="680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9ECDA66" w14:textId="5558C343" w:rsidR="004F6363" w:rsidRPr="00F06F82" w:rsidRDefault="0068709F">
            <w:pPr>
              <w:spacing w:after="40" w:line="252" w:lineRule="auto"/>
            </w:pPr>
            <w:r w:rsidRPr="00F06F82">
              <w:rPr>
                <w:rFonts w:ascii="Arial" w:hAnsi="Arial"/>
                <w:sz w:val="18"/>
              </w:rPr>
              <w:t>Hasta $</w:t>
            </w:r>
            <w:r w:rsidR="0077067A">
              <w:rPr>
                <w:rFonts w:ascii="Arial" w:hAnsi="Arial"/>
                <w:sz w:val="18"/>
              </w:rPr>
              <w:t>10.000</w:t>
            </w:r>
            <w:r w:rsidRPr="00F06F82">
              <w:rPr>
                <w:rFonts w:ascii="Arial" w:hAnsi="Arial"/>
                <w:sz w:val="18"/>
              </w:rPr>
              <w:t>.000 por proyecto, sujeto al alcance y presupuesto aprobado.</w:t>
            </w:r>
          </w:p>
        </w:tc>
      </w:tr>
      <w:tr w:rsidR="004F6363" w:rsidRPr="00F06F82" w14:paraId="09EC277B" w14:textId="77777777">
        <w:trPr>
          <w:cantSplit/>
          <w:jc w:val="center"/>
        </w:trPr>
        <w:tc>
          <w:tcPr>
            <w:tcW w:w="2835"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63E032F3" w14:textId="77777777" w:rsidR="004F6363" w:rsidRPr="00F06F82" w:rsidRDefault="0068709F">
            <w:pPr>
              <w:spacing w:after="40" w:line="252" w:lineRule="auto"/>
            </w:pPr>
            <w:r w:rsidRPr="00F06F82">
              <w:rPr>
                <w:rFonts w:ascii="Arial" w:hAnsi="Arial"/>
                <w:b/>
                <w:sz w:val="18"/>
              </w:rPr>
              <w:t>Financiamiento de la Entidad Gestora</w:t>
            </w:r>
          </w:p>
        </w:tc>
        <w:tc>
          <w:tcPr>
            <w:tcW w:w="680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B0F6D98" w14:textId="03FABBCD" w:rsidR="004F6363" w:rsidRPr="00F06F82" w:rsidRDefault="0068709F">
            <w:pPr>
              <w:spacing w:after="40" w:line="252" w:lineRule="auto"/>
            </w:pPr>
            <w:r w:rsidRPr="00F06F82">
              <w:rPr>
                <w:rFonts w:ascii="Arial" w:hAnsi="Arial"/>
                <w:sz w:val="18"/>
              </w:rPr>
              <w:t xml:space="preserve">No considerado para la ejecución </w:t>
            </w:r>
            <w:r w:rsidR="00204318">
              <w:rPr>
                <w:rFonts w:ascii="Arial" w:hAnsi="Arial"/>
                <w:sz w:val="18"/>
              </w:rPr>
              <w:t>del proyecto</w:t>
            </w:r>
          </w:p>
        </w:tc>
      </w:tr>
      <w:tr w:rsidR="00204318" w:rsidRPr="00F06F82" w14:paraId="6896499E" w14:textId="77777777">
        <w:trPr>
          <w:cantSplit/>
          <w:jc w:val="center"/>
        </w:trPr>
        <w:tc>
          <w:tcPr>
            <w:tcW w:w="2835"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2814C3A9" w14:textId="5423DC25" w:rsidR="00204318" w:rsidRPr="00F06F82" w:rsidRDefault="00204318">
            <w:pPr>
              <w:spacing w:after="40" w:line="252" w:lineRule="auto"/>
              <w:rPr>
                <w:rFonts w:ascii="Arial" w:hAnsi="Arial"/>
                <w:b/>
                <w:sz w:val="18"/>
              </w:rPr>
            </w:pPr>
            <w:r w:rsidRPr="00F06F82">
              <w:rPr>
                <w:rFonts w:ascii="Arial" w:hAnsi="Arial"/>
                <w:b/>
                <w:sz w:val="18"/>
              </w:rPr>
              <w:t xml:space="preserve">Financiamiento de la Entidad </w:t>
            </w:r>
            <w:r>
              <w:rPr>
                <w:rFonts w:ascii="Arial" w:hAnsi="Arial"/>
                <w:b/>
                <w:sz w:val="18"/>
              </w:rPr>
              <w:t>Beneficiaria</w:t>
            </w:r>
          </w:p>
        </w:tc>
        <w:tc>
          <w:tcPr>
            <w:tcW w:w="680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FA2EE21" w14:textId="0ED7413E" w:rsidR="00204318" w:rsidRPr="00F06F82" w:rsidRDefault="00204318">
            <w:pPr>
              <w:spacing w:after="40" w:line="252" w:lineRule="auto"/>
              <w:rPr>
                <w:rFonts w:ascii="Arial" w:hAnsi="Arial"/>
                <w:sz w:val="18"/>
              </w:rPr>
            </w:pPr>
            <w:r w:rsidRPr="00F06F82">
              <w:rPr>
                <w:rFonts w:ascii="Arial" w:hAnsi="Arial"/>
                <w:sz w:val="18"/>
              </w:rPr>
              <w:t xml:space="preserve">No considerado para la ejecución </w:t>
            </w:r>
            <w:r>
              <w:rPr>
                <w:rFonts w:ascii="Arial" w:hAnsi="Arial"/>
                <w:sz w:val="18"/>
              </w:rPr>
              <w:t>del proyecto</w:t>
            </w:r>
          </w:p>
        </w:tc>
      </w:tr>
      <w:tr w:rsidR="004F6363" w:rsidRPr="00F06F82" w14:paraId="74C49D46" w14:textId="77777777">
        <w:trPr>
          <w:cantSplit/>
          <w:jc w:val="center"/>
        </w:trPr>
        <w:tc>
          <w:tcPr>
            <w:tcW w:w="2835"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0B1B1A70" w14:textId="77777777" w:rsidR="004F6363" w:rsidRPr="00F06F82" w:rsidRDefault="0068709F">
            <w:pPr>
              <w:spacing w:after="40" w:line="252" w:lineRule="auto"/>
            </w:pPr>
            <w:r w:rsidRPr="00F06F82">
              <w:rPr>
                <w:rFonts w:ascii="Arial" w:hAnsi="Arial"/>
                <w:b/>
                <w:sz w:val="18"/>
              </w:rPr>
              <w:t>Duración máxima</w:t>
            </w:r>
          </w:p>
        </w:tc>
        <w:tc>
          <w:tcPr>
            <w:tcW w:w="680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9D1E82C" w14:textId="77777777" w:rsidR="004F6363" w:rsidRPr="00F06F82" w:rsidRDefault="0068709F">
            <w:pPr>
              <w:spacing w:after="40" w:line="252" w:lineRule="auto"/>
            </w:pPr>
            <w:r w:rsidRPr="00F06F82">
              <w:rPr>
                <w:rFonts w:ascii="Arial" w:hAnsi="Arial"/>
                <w:sz w:val="18"/>
              </w:rPr>
              <w:t xml:space="preserve">Hasta 12 meses. Recursos no </w:t>
            </w:r>
            <w:proofErr w:type="spellStart"/>
            <w:r w:rsidRPr="00F06F82">
              <w:rPr>
                <w:rFonts w:ascii="Arial" w:hAnsi="Arial"/>
                <w:sz w:val="18"/>
              </w:rPr>
              <w:t>rendibles</w:t>
            </w:r>
            <w:proofErr w:type="spellEnd"/>
            <w:r w:rsidRPr="00F06F82">
              <w:rPr>
                <w:rFonts w:ascii="Arial" w:hAnsi="Arial"/>
                <w:sz w:val="18"/>
              </w:rPr>
              <w:t xml:space="preserve"> entregados en dos cuotas, con segunda cuota condicionada a la aprobación del hito crítico.</w:t>
            </w:r>
          </w:p>
        </w:tc>
      </w:tr>
    </w:tbl>
    <w:p w14:paraId="35D27699" w14:textId="77777777" w:rsidR="004F6363" w:rsidRPr="00F06F82" w:rsidRDefault="004F6363"/>
    <w:p w14:paraId="661CA246" w14:textId="77777777" w:rsidR="004F6363" w:rsidRPr="00F06F82" w:rsidRDefault="0068709F">
      <w:pPr>
        <w:jc w:val="both"/>
      </w:pPr>
      <w:r w:rsidRPr="00F06F82">
        <w:rPr>
          <w:b/>
          <w:color w:val="17365D"/>
          <w:sz w:val="19"/>
        </w:rPr>
        <w:t xml:space="preserve">Instrucción general: </w:t>
      </w:r>
      <w:r w:rsidRPr="00F06F82">
        <w:rPr>
          <w:sz w:val="19"/>
        </w:rPr>
        <w:t>completar todos los campos solicitados. Las respuestas deben ser precisas, verificables y consistentes con las bases. La falta de documentos obligatorios, declaraciones incompletas o incompatibilidades no informadas podrá determinar que la propuesta sea declarada fuera de bases.</w:t>
      </w:r>
    </w:p>
    <w:p w14:paraId="738A3756" w14:textId="77777777" w:rsidR="004F6363" w:rsidRPr="00F06F82" w:rsidRDefault="0068709F">
      <w:r w:rsidRPr="00F06F82">
        <w:br w:type="page"/>
      </w:r>
    </w:p>
    <w:p w14:paraId="1879CB44" w14:textId="77777777" w:rsidR="004F6363" w:rsidRPr="00F06F82" w:rsidRDefault="0068709F">
      <w:pPr>
        <w:pStyle w:val="Ttulo1"/>
      </w:pPr>
      <w:r w:rsidRPr="00F06F82">
        <w:rPr>
          <w:rFonts w:ascii="Verdana" w:hAnsi="Verdana"/>
        </w:rPr>
        <w:lastRenderedPageBreak/>
        <w:t>DOCUMENTOS OBLIGATORIOS DE POSTULACIÓN</w:t>
      </w:r>
    </w:p>
    <w:tbl>
      <w:tblPr>
        <w:tblW w:w="10882" w:type="dxa"/>
        <w:jc w:val="center"/>
        <w:tblLayout w:type="fixed"/>
        <w:tblLook w:val="04A0" w:firstRow="1" w:lastRow="0" w:firstColumn="1" w:lastColumn="0" w:noHBand="0" w:noVBand="1"/>
      </w:tblPr>
      <w:tblGrid>
        <w:gridCol w:w="1334"/>
        <w:gridCol w:w="6562"/>
        <w:gridCol w:w="2986"/>
      </w:tblGrid>
      <w:tr w:rsidR="004F6363" w:rsidRPr="00F06F82" w14:paraId="3E07B995" w14:textId="77777777" w:rsidTr="00F06F82">
        <w:trPr>
          <w:cantSplit/>
          <w:trHeight w:val="233"/>
          <w:tblHeader/>
          <w:jc w:val="center"/>
        </w:trPr>
        <w:tc>
          <w:tcPr>
            <w:tcW w:w="1334"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1377AE45" w14:textId="77777777" w:rsidR="004F6363" w:rsidRPr="00F06F82" w:rsidRDefault="0068709F">
            <w:pPr>
              <w:spacing w:after="40" w:line="252" w:lineRule="auto"/>
            </w:pPr>
            <w:r w:rsidRPr="00F06F82">
              <w:rPr>
                <w:rFonts w:ascii="Arial" w:hAnsi="Arial"/>
                <w:b/>
                <w:color w:val="2C6C42"/>
                <w:sz w:val="16"/>
              </w:rPr>
              <w:t>Anexo</w:t>
            </w:r>
          </w:p>
        </w:tc>
        <w:tc>
          <w:tcPr>
            <w:tcW w:w="6562"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71655A3D" w14:textId="77777777" w:rsidR="004F6363" w:rsidRPr="00F06F82" w:rsidRDefault="0068709F">
            <w:pPr>
              <w:spacing w:after="40" w:line="252" w:lineRule="auto"/>
            </w:pPr>
            <w:r w:rsidRPr="00F06F82">
              <w:rPr>
                <w:rFonts w:ascii="Arial" w:hAnsi="Arial"/>
                <w:b/>
                <w:color w:val="2C6C42"/>
                <w:sz w:val="16"/>
              </w:rPr>
              <w:t>Documento</w:t>
            </w:r>
          </w:p>
        </w:tc>
        <w:tc>
          <w:tcPr>
            <w:tcW w:w="2986"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5843D9CF" w14:textId="77777777" w:rsidR="004F6363" w:rsidRPr="00F06F82" w:rsidRDefault="0068709F">
            <w:pPr>
              <w:spacing w:after="40" w:line="252" w:lineRule="auto"/>
            </w:pPr>
            <w:r w:rsidRPr="00F06F82">
              <w:rPr>
                <w:rFonts w:ascii="Arial" w:hAnsi="Arial"/>
                <w:b/>
                <w:color w:val="2C6C42"/>
                <w:sz w:val="16"/>
              </w:rPr>
              <w:t>Aplicación / adjunto</w:t>
            </w:r>
          </w:p>
        </w:tc>
      </w:tr>
      <w:tr w:rsidR="004F6363" w:rsidRPr="00F06F82" w14:paraId="3ECC922B" w14:textId="77777777" w:rsidTr="00F06F82">
        <w:trPr>
          <w:trHeight w:val="251"/>
          <w:jc w:val="center"/>
        </w:trPr>
        <w:tc>
          <w:tcPr>
            <w:tcW w:w="1334" w:type="dxa"/>
            <w:tcBorders>
              <w:top w:val="single" w:sz="6" w:space="0" w:color="A8B6AA"/>
              <w:left w:val="single" w:sz="6" w:space="0" w:color="A8B6AA"/>
              <w:bottom w:val="single" w:sz="6" w:space="0" w:color="A8B6AA"/>
              <w:right w:val="single" w:sz="6" w:space="0" w:color="A8B6AA"/>
            </w:tcBorders>
            <w:vAlign w:val="center"/>
          </w:tcPr>
          <w:p w14:paraId="49676BBC" w14:textId="77777777" w:rsidR="004F6363" w:rsidRPr="00F06F82" w:rsidRDefault="0068709F">
            <w:pPr>
              <w:spacing w:after="40" w:line="252" w:lineRule="auto"/>
            </w:pPr>
            <w:r w:rsidRPr="00F06F82">
              <w:rPr>
                <w:rFonts w:ascii="Arial" w:hAnsi="Arial"/>
                <w:sz w:val="16"/>
              </w:rPr>
              <w:t>Anexo N°1</w:t>
            </w:r>
          </w:p>
        </w:tc>
        <w:tc>
          <w:tcPr>
            <w:tcW w:w="6562" w:type="dxa"/>
            <w:tcBorders>
              <w:top w:val="single" w:sz="6" w:space="0" w:color="A8B6AA"/>
              <w:left w:val="single" w:sz="6" w:space="0" w:color="A8B6AA"/>
              <w:bottom w:val="single" w:sz="6" w:space="0" w:color="A8B6AA"/>
              <w:right w:val="single" w:sz="6" w:space="0" w:color="A8B6AA"/>
            </w:tcBorders>
            <w:vAlign w:val="center"/>
          </w:tcPr>
          <w:p w14:paraId="1F9CE6A3" w14:textId="77777777" w:rsidR="004F6363" w:rsidRPr="00F06F82" w:rsidRDefault="0068709F">
            <w:pPr>
              <w:spacing w:after="40" w:line="252" w:lineRule="auto"/>
            </w:pPr>
            <w:r w:rsidRPr="00F06F82">
              <w:rPr>
                <w:rFonts w:ascii="Arial" w:hAnsi="Arial"/>
                <w:sz w:val="16"/>
              </w:rPr>
              <w:t>Formulario de postulación.</w:t>
            </w:r>
          </w:p>
        </w:tc>
        <w:tc>
          <w:tcPr>
            <w:tcW w:w="2986" w:type="dxa"/>
            <w:tcBorders>
              <w:top w:val="single" w:sz="6" w:space="0" w:color="A8B6AA"/>
              <w:left w:val="single" w:sz="6" w:space="0" w:color="A8B6AA"/>
              <w:bottom w:val="single" w:sz="6" w:space="0" w:color="A8B6AA"/>
              <w:right w:val="single" w:sz="6" w:space="0" w:color="A8B6AA"/>
            </w:tcBorders>
            <w:vAlign w:val="center"/>
          </w:tcPr>
          <w:p w14:paraId="6148BECC" w14:textId="77777777" w:rsidR="004F6363" w:rsidRPr="00F06F82" w:rsidRDefault="0068709F">
            <w:pPr>
              <w:spacing w:after="40" w:line="252" w:lineRule="auto"/>
            </w:pPr>
            <w:r w:rsidRPr="00F06F82">
              <w:rPr>
                <w:rFonts w:ascii="Arial" w:hAnsi="Arial"/>
                <w:sz w:val="16"/>
              </w:rPr>
              <w:t>☐ Obligatorio</w:t>
            </w:r>
          </w:p>
        </w:tc>
      </w:tr>
      <w:tr w:rsidR="00886756" w:rsidRPr="00F06F82" w14:paraId="491FDBC1" w14:textId="77777777" w:rsidTr="00F06F82">
        <w:trPr>
          <w:trHeight w:val="260"/>
          <w:jc w:val="center"/>
        </w:trPr>
        <w:tc>
          <w:tcPr>
            <w:tcW w:w="1334" w:type="dxa"/>
            <w:tcBorders>
              <w:top w:val="single" w:sz="6" w:space="0" w:color="A8B6AA"/>
              <w:left w:val="single" w:sz="6" w:space="0" w:color="A8B6AA"/>
              <w:bottom w:val="single" w:sz="6" w:space="0" w:color="A8B6AA"/>
              <w:right w:val="single" w:sz="6" w:space="0" w:color="A8B6AA"/>
            </w:tcBorders>
            <w:vAlign w:val="center"/>
          </w:tcPr>
          <w:p w14:paraId="49105157" w14:textId="77777777" w:rsidR="00886756" w:rsidRPr="00F06F82" w:rsidRDefault="00886756" w:rsidP="00886756">
            <w:pPr>
              <w:spacing w:after="40" w:line="252" w:lineRule="auto"/>
            </w:pPr>
            <w:r w:rsidRPr="00F06F82">
              <w:rPr>
                <w:rFonts w:ascii="Arial" w:hAnsi="Arial"/>
                <w:sz w:val="16"/>
              </w:rPr>
              <w:t>Anexo N°2</w:t>
            </w:r>
          </w:p>
        </w:tc>
        <w:tc>
          <w:tcPr>
            <w:tcW w:w="6562" w:type="dxa"/>
            <w:tcBorders>
              <w:top w:val="single" w:sz="6" w:space="0" w:color="A8B6AA"/>
              <w:left w:val="single" w:sz="6" w:space="0" w:color="A8B6AA"/>
              <w:bottom w:val="single" w:sz="6" w:space="0" w:color="A8B6AA"/>
              <w:right w:val="single" w:sz="6" w:space="0" w:color="A8B6AA"/>
            </w:tcBorders>
            <w:vAlign w:val="center"/>
          </w:tcPr>
          <w:p w14:paraId="120D48A8" w14:textId="288ACDC2" w:rsidR="00886756" w:rsidRPr="00F06F82" w:rsidRDefault="00886756" w:rsidP="00886756">
            <w:pPr>
              <w:spacing w:after="40" w:line="252" w:lineRule="auto"/>
            </w:pPr>
            <w:r w:rsidRPr="00F06F82">
              <w:rPr>
                <w:rFonts w:ascii="Arial" w:hAnsi="Arial"/>
                <w:sz w:val="16"/>
              </w:rPr>
              <w:t xml:space="preserve">Declaración de propiedad intelectual, confidencialidad, financiamientos y </w:t>
            </w:r>
            <w:proofErr w:type="gramStart"/>
            <w:r w:rsidRPr="00F06F82">
              <w:rPr>
                <w:rFonts w:ascii="Arial" w:hAnsi="Arial"/>
                <w:sz w:val="16"/>
              </w:rPr>
              <w:t>antecedentes previos</w:t>
            </w:r>
            <w:proofErr w:type="gramEnd"/>
            <w:r w:rsidRPr="00F06F82">
              <w:rPr>
                <w:rFonts w:ascii="Arial" w:hAnsi="Arial"/>
                <w:sz w:val="16"/>
              </w:rPr>
              <w:t>.</w:t>
            </w:r>
          </w:p>
        </w:tc>
        <w:tc>
          <w:tcPr>
            <w:tcW w:w="2986" w:type="dxa"/>
            <w:tcBorders>
              <w:top w:val="single" w:sz="6" w:space="0" w:color="A8B6AA"/>
              <w:left w:val="single" w:sz="6" w:space="0" w:color="A8B6AA"/>
              <w:bottom w:val="single" w:sz="6" w:space="0" w:color="A8B6AA"/>
              <w:right w:val="single" w:sz="6" w:space="0" w:color="A8B6AA"/>
            </w:tcBorders>
            <w:vAlign w:val="center"/>
          </w:tcPr>
          <w:p w14:paraId="22A9048A" w14:textId="77777777" w:rsidR="00886756" w:rsidRPr="00F06F82" w:rsidRDefault="00886756" w:rsidP="00886756">
            <w:pPr>
              <w:spacing w:after="40" w:line="252" w:lineRule="auto"/>
            </w:pPr>
            <w:r w:rsidRPr="00F06F82">
              <w:rPr>
                <w:rFonts w:ascii="Segoe UI Symbol" w:hAnsi="Segoe UI Symbol" w:cs="Segoe UI Symbol"/>
                <w:sz w:val="16"/>
              </w:rPr>
              <w:t>☐</w:t>
            </w:r>
            <w:r w:rsidRPr="00F06F82">
              <w:rPr>
                <w:rFonts w:ascii="Arial" w:hAnsi="Arial"/>
                <w:sz w:val="16"/>
              </w:rPr>
              <w:t xml:space="preserve"> Obligatorio</w:t>
            </w:r>
          </w:p>
        </w:tc>
      </w:tr>
      <w:tr w:rsidR="00886756" w:rsidRPr="00F06F82" w14:paraId="63487376" w14:textId="77777777" w:rsidTr="00F06F82">
        <w:trPr>
          <w:trHeight w:val="413"/>
          <w:jc w:val="center"/>
        </w:trPr>
        <w:tc>
          <w:tcPr>
            <w:tcW w:w="1334" w:type="dxa"/>
            <w:tcBorders>
              <w:top w:val="single" w:sz="6" w:space="0" w:color="A8B6AA"/>
              <w:left w:val="single" w:sz="6" w:space="0" w:color="A8B6AA"/>
              <w:bottom w:val="single" w:sz="6" w:space="0" w:color="A8B6AA"/>
              <w:right w:val="single" w:sz="6" w:space="0" w:color="A8B6AA"/>
            </w:tcBorders>
            <w:vAlign w:val="center"/>
          </w:tcPr>
          <w:p w14:paraId="663E48BD" w14:textId="77777777" w:rsidR="00886756" w:rsidRPr="00F06F82" w:rsidRDefault="00886756" w:rsidP="00886756">
            <w:pPr>
              <w:spacing w:after="40" w:line="252" w:lineRule="auto"/>
            </w:pPr>
            <w:r w:rsidRPr="00F06F82">
              <w:rPr>
                <w:rFonts w:ascii="Arial" w:hAnsi="Arial"/>
                <w:sz w:val="16"/>
              </w:rPr>
              <w:t>Anexo N°3</w:t>
            </w:r>
          </w:p>
        </w:tc>
        <w:tc>
          <w:tcPr>
            <w:tcW w:w="6562" w:type="dxa"/>
            <w:tcBorders>
              <w:top w:val="single" w:sz="6" w:space="0" w:color="A8B6AA"/>
              <w:left w:val="single" w:sz="6" w:space="0" w:color="A8B6AA"/>
              <w:bottom w:val="single" w:sz="6" w:space="0" w:color="A8B6AA"/>
              <w:right w:val="single" w:sz="6" w:space="0" w:color="A8B6AA"/>
            </w:tcBorders>
            <w:vAlign w:val="center"/>
          </w:tcPr>
          <w:p w14:paraId="7E795B64" w14:textId="70045282" w:rsidR="00886756" w:rsidRPr="00F06F82" w:rsidRDefault="00886756" w:rsidP="00886756">
            <w:pPr>
              <w:spacing w:after="40" w:line="252" w:lineRule="auto"/>
            </w:pPr>
            <w:r w:rsidRPr="00F06F82">
              <w:rPr>
                <w:rFonts w:ascii="Arial" w:hAnsi="Arial"/>
                <w:sz w:val="16"/>
              </w:rPr>
              <w:t>Carta de patrocinio institucional, OTL, representante legal o entidad responsable.</w:t>
            </w:r>
          </w:p>
        </w:tc>
        <w:tc>
          <w:tcPr>
            <w:tcW w:w="2986" w:type="dxa"/>
            <w:tcBorders>
              <w:top w:val="single" w:sz="6" w:space="0" w:color="A8B6AA"/>
              <w:left w:val="single" w:sz="6" w:space="0" w:color="A8B6AA"/>
              <w:bottom w:val="single" w:sz="6" w:space="0" w:color="A8B6AA"/>
              <w:right w:val="single" w:sz="6" w:space="0" w:color="A8B6AA"/>
            </w:tcBorders>
            <w:vAlign w:val="center"/>
          </w:tcPr>
          <w:p w14:paraId="10B3F847" w14:textId="77777777" w:rsidR="00886756" w:rsidRPr="00F06F82" w:rsidRDefault="00886756" w:rsidP="00886756">
            <w:pPr>
              <w:spacing w:after="40" w:line="252" w:lineRule="auto"/>
            </w:pPr>
            <w:r w:rsidRPr="00F06F82">
              <w:rPr>
                <w:rFonts w:ascii="Segoe UI Symbol" w:hAnsi="Segoe UI Symbol" w:cs="Segoe UI Symbol"/>
                <w:sz w:val="16"/>
              </w:rPr>
              <w:t>☐</w:t>
            </w:r>
            <w:r w:rsidRPr="00F06F82">
              <w:rPr>
                <w:rFonts w:ascii="Arial" w:hAnsi="Arial"/>
                <w:sz w:val="16"/>
              </w:rPr>
              <w:t xml:space="preserve"> Obligatorio</w:t>
            </w:r>
          </w:p>
        </w:tc>
      </w:tr>
      <w:tr w:rsidR="00886756" w:rsidRPr="00F06F82" w14:paraId="498DE590" w14:textId="77777777" w:rsidTr="00F06F82">
        <w:trPr>
          <w:trHeight w:val="260"/>
          <w:jc w:val="center"/>
        </w:trPr>
        <w:tc>
          <w:tcPr>
            <w:tcW w:w="1334" w:type="dxa"/>
            <w:tcBorders>
              <w:top w:val="single" w:sz="6" w:space="0" w:color="A8B6AA"/>
              <w:left w:val="single" w:sz="6" w:space="0" w:color="A8B6AA"/>
              <w:bottom w:val="single" w:sz="6" w:space="0" w:color="A8B6AA"/>
              <w:right w:val="single" w:sz="6" w:space="0" w:color="A8B6AA"/>
            </w:tcBorders>
            <w:vAlign w:val="center"/>
          </w:tcPr>
          <w:p w14:paraId="6D82747E" w14:textId="77777777" w:rsidR="00886756" w:rsidRPr="00F06F82" w:rsidRDefault="00886756" w:rsidP="00886756">
            <w:pPr>
              <w:spacing w:after="40" w:line="252" w:lineRule="auto"/>
            </w:pPr>
            <w:r w:rsidRPr="00F06F82">
              <w:rPr>
                <w:rFonts w:ascii="Arial" w:hAnsi="Arial"/>
                <w:sz w:val="16"/>
              </w:rPr>
              <w:t>Anexo N°4</w:t>
            </w:r>
          </w:p>
        </w:tc>
        <w:tc>
          <w:tcPr>
            <w:tcW w:w="6562" w:type="dxa"/>
            <w:tcBorders>
              <w:top w:val="single" w:sz="6" w:space="0" w:color="A8B6AA"/>
              <w:left w:val="single" w:sz="6" w:space="0" w:color="A8B6AA"/>
              <w:bottom w:val="single" w:sz="6" w:space="0" w:color="A8B6AA"/>
              <w:right w:val="single" w:sz="6" w:space="0" w:color="A8B6AA"/>
            </w:tcBorders>
            <w:vAlign w:val="center"/>
          </w:tcPr>
          <w:p w14:paraId="40BC04ED" w14:textId="70DE268E" w:rsidR="00886756" w:rsidRPr="00F06F82" w:rsidRDefault="00886756" w:rsidP="00886756">
            <w:pPr>
              <w:spacing w:after="40" w:line="252" w:lineRule="auto"/>
            </w:pPr>
            <w:r w:rsidRPr="00F06F82">
              <w:rPr>
                <w:rFonts w:ascii="Arial" w:hAnsi="Arial"/>
                <w:sz w:val="16"/>
              </w:rPr>
              <w:t>Carta de disponibilidad de entorno de validación o contraparte de adopción.</w:t>
            </w:r>
          </w:p>
        </w:tc>
        <w:tc>
          <w:tcPr>
            <w:tcW w:w="2986" w:type="dxa"/>
            <w:tcBorders>
              <w:top w:val="single" w:sz="6" w:space="0" w:color="A8B6AA"/>
              <w:left w:val="single" w:sz="6" w:space="0" w:color="A8B6AA"/>
              <w:bottom w:val="single" w:sz="6" w:space="0" w:color="A8B6AA"/>
              <w:right w:val="single" w:sz="6" w:space="0" w:color="A8B6AA"/>
            </w:tcBorders>
            <w:vAlign w:val="center"/>
          </w:tcPr>
          <w:p w14:paraId="0815DB62" w14:textId="77777777" w:rsidR="00886756" w:rsidRPr="00F06F82" w:rsidRDefault="00886756" w:rsidP="00886756">
            <w:pPr>
              <w:spacing w:after="40" w:line="252" w:lineRule="auto"/>
            </w:pPr>
            <w:r w:rsidRPr="00F06F82">
              <w:rPr>
                <w:rFonts w:ascii="Segoe UI Symbol" w:hAnsi="Segoe UI Symbol" w:cs="Segoe UI Symbol"/>
                <w:sz w:val="16"/>
              </w:rPr>
              <w:t>☐</w:t>
            </w:r>
            <w:r w:rsidRPr="00F06F82">
              <w:rPr>
                <w:rFonts w:ascii="Arial" w:hAnsi="Arial"/>
                <w:sz w:val="16"/>
              </w:rPr>
              <w:t xml:space="preserve"> Obligatorio</w:t>
            </w:r>
          </w:p>
        </w:tc>
      </w:tr>
      <w:tr w:rsidR="00E206AA" w:rsidRPr="00F06F82" w14:paraId="23307E7B" w14:textId="77777777" w:rsidTr="00F06F82">
        <w:trPr>
          <w:trHeight w:val="251"/>
          <w:jc w:val="center"/>
        </w:trPr>
        <w:tc>
          <w:tcPr>
            <w:tcW w:w="1334" w:type="dxa"/>
            <w:tcBorders>
              <w:top w:val="single" w:sz="6" w:space="0" w:color="A8B6AA"/>
              <w:left w:val="single" w:sz="6" w:space="0" w:color="A8B6AA"/>
              <w:bottom w:val="single" w:sz="6" w:space="0" w:color="A8B6AA"/>
              <w:right w:val="single" w:sz="6" w:space="0" w:color="A8B6AA"/>
            </w:tcBorders>
            <w:vAlign w:val="center"/>
          </w:tcPr>
          <w:p w14:paraId="63ACB088" w14:textId="77777777" w:rsidR="00E206AA" w:rsidRPr="00F06F82" w:rsidRDefault="00E206AA" w:rsidP="00E206AA">
            <w:pPr>
              <w:spacing w:after="40" w:line="252" w:lineRule="auto"/>
            </w:pPr>
            <w:r w:rsidRPr="00F06F82">
              <w:rPr>
                <w:rFonts w:ascii="Arial" w:hAnsi="Arial"/>
                <w:sz w:val="16"/>
              </w:rPr>
              <w:t>Anexo N°5</w:t>
            </w:r>
          </w:p>
        </w:tc>
        <w:tc>
          <w:tcPr>
            <w:tcW w:w="6562" w:type="dxa"/>
            <w:tcBorders>
              <w:top w:val="single" w:sz="6" w:space="0" w:color="A8B6AA"/>
              <w:left w:val="single" w:sz="6" w:space="0" w:color="A8B6AA"/>
              <w:bottom w:val="single" w:sz="6" w:space="0" w:color="A8B6AA"/>
              <w:right w:val="single" w:sz="6" w:space="0" w:color="A8B6AA"/>
            </w:tcBorders>
            <w:vAlign w:val="center"/>
          </w:tcPr>
          <w:p w14:paraId="72FD4ED5" w14:textId="6F717ED8" w:rsidR="00E206AA" w:rsidRPr="00F06F82" w:rsidRDefault="00E206AA" w:rsidP="00E206AA">
            <w:pPr>
              <w:spacing w:after="40" w:line="252" w:lineRule="auto"/>
            </w:pPr>
            <w:proofErr w:type="spellStart"/>
            <w:r w:rsidRPr="00F06F82">
              <w:rPr>
                <w:rFonts w:ascii="Arial" w:hAnsi="Arial"/>
                <w:sz w:val="16"/>
              </w:rPr>
              <w:t>Curriculum</w:t>
            </w:r>
            <w:proofErr w:type="spellEnd"/>
            <w:r w:rsidRPr="00F06F82">
              <w:rPr>
                <w:rFonts w:ascii="Arial" w:hAnsi="Arial"/>
                <w:sz w:val="16"/>
              </w:rPr>
              <w:t xml:space="preserve"> vitae abreviado del equipo crítico.</w:t>
            </w:r>
          </w:p>
        </w:tc>
        <w:tc>
          <w:tcPr>
            <w:tcW w:w="2986" w:type="dxa"/>
            <w:tcBorders>
              <w:top w:val="single" w:sz="6" w:space="0" w:color="A8B6AA"/>
              <w:left w:val="single" w:sz="6" w:space="0" w:color="A8B6AA"/>
              <w:bottom w:val="single" w:sz="6" w:space="0" w:color="A8B6AA"/>
              <w:right w:val="single" w:sz="6" w:space="0" w:color="A8B6AA"/>
            </w:tcBorders>
            <w:vAlign w:val="center"/>
          </w:tcPr>
          <w:p w14:paraId="7AC64420" w14:textId="0B0FA68D" w:rsidR="00E206AA" w:rsidRPr="00F06F82" w:rsidRDefault="00E206AA" w:rsidP="00E206AA">
            <w:pPr>
              <w:spacing w:after="40" w:line="252" w:lineRule="auto"/>
            </w:pPr>
            <w:r w:rsidRPr="00F06F82">
              <w:rPr>
                <w:rFonts w:ascii="Segoe UI Symbol" w:hAnsi="Segoe UI Symbol" w:cs="Segoe UI Symbol"/>
                <w:sz w:val="16"/>
              </w:rPr>
              <w:t>☐</w:t>
            </w:r>
            <w:r w:rsidRPr="00F06F82">
              <w:rPr>
                <w:rFonts w:ascii="Arial" w:hAnsi="Arial"/>
                <w:sz w:val="16"/>
              </w:rPr>
              <w:t xml:space="preserve"> Obligatorio</w:t>
            </w:r>
          </w:p>
        </w:tc>
      </w:tr>
      <w:tr w:rsidR="00E206AA" w:rsidRPr="00F06F82" w14:paraId="2ED82257" w14:textId="77777777" w:rsidTr="00F06F82">
        <w:trPr>
          <w:trHeight w:val="260"/>
          <w:jc w:val="center"/>
        </w:trPr>
        <w:tc>
          <w:tcPr>
            <w:tcW w:w="1334" w:type="dxa"/>
            <w:tcBorders>
              <w:top w:val="single" w:sz="6" w:space="0" w:color="A8B6AA"/>
              <w:left w:val="single" w:sz="6" w:space="0" w:color="A8B6AA"/>
              <w:bottom w:val="single" w:sz="6" w:space="0" w:color="A8B6AA"/>
              <w:right w:val="single" w:sz="6" w:space="0" w:color="A8B6AA"/>
            </w:tcBorders>
            <w:vAlign w:val="center"/>
          </w:tcPr>
          <w:p w14:paraId="1670FC18" w14:textId="77777777" w:rsidR="00E206AA" w:rsidRPr="00F06F82" w:rsidRDefault="00E206AA" w:rsidP="00E206AA">
            <w:pPr>
              <w:spacing w:after="40" w:line="252" w:lineRule="auto"/>
            </w:pPr>
            <w:r w:rsidRPr="00F06F82">
              <w:rPr>
                <w:rFonts w:ascii="Arial" w:hAnsi="Arial"/>
                <w:sz w:val="16"/>
              </w:rPr>
              <w:t>Anexo N°6</w:t>
            </w:r>
          </w:p>
        </w:tc>
        <w:tc>
          <w:tcPr>
            <w:tcW w:w="6562" w:type="dxa"/>
            <w:tcBorders>
              <w:top w:val="single" w:sz="6" w:space="0" w:color="A8B6AA"/>
              <w:left w:val="single" w:sz="6" w:space="0" w:color="A8B6AA"/>
              <w:bottom w:val="single" w:sz="6" w:space="0" w:color="A8B6AA"/>
              <w:right w:val="single" w:sz="6" w:space="0" w:color="A8B6AA"/>
            </w:tcBorders>
            <w:vAlign w:val="center"/>
          </w:tcPr>
          <w:p w14:paraId="0783DC2B" w14:textId="62D48F94" w:rsidR="00E206AA" w:rsidRPr="00F06F82" w:rsidRDefault="00E206AA" w:rsidP="00E206AA">
            <w:pPr>
              <w:spacing w:after="40" w:line="252" w:lineRule="auto"/>
            </w:pPr>
            <w:r w:rsidRPr="00F06F82">
              <w:rPr>
                <w:rFonts w:ascii="Arial" w:hAnsi="Arial"/>
                <w:sz w:val="16"/>
              </w:rPr>
              <w:t>Compromiso de prioridad de negociación de la tecnología con Martínez &amp; Valdivieso.</w:t>
            </w:r>
          </w:p>
        </w:tc>
        <w:tc>
          <w:tcPr>
            <w:tcW w:w="2986" w:type="dxa"/>
            <w:tcBorders>
              <w:top w:val="single" w:sz="6" w:space="0" w:color="A8B6AA"/>
              <w:left w:val="single" w:sz="6" w:space="0" w:color="A8B6AA"/>
              <w:bottom w:val="single" w:sz="6" w:space="0" w:color="A8B6AA"/>
              <w:right w:val="single" w:sz="6" w:space="0" w:color="A8B6AA"/>
            </w:tcBorders>
            <w:vAlign w:val="center"/>
          </w:tcPr>
          <w:p w14:paraId="68A220FB" w14:textId="77777777" w:rsidR="00E206AA" w:rsidRPr="00F06F82" w:rsidRDefault="00E206AA" w:rsidP="00E206AA">
            <w:pPr>
              <w:spacing w:after="40" w:line="252" w:lineRule="auto"/>
            </w:pPr>
            <w:r w:rsidRPr="00F06F82">
              <w:rPr>
                <w:rFonts w:ascii="Segoe UI Symbol" w:hAnsi="Segoe UI Symbol" w:cs="Segoe UI Symbol"/>
                <w:sz w:val="16"/>
              </w:rPr>
              <w:t>☐</w:t>
            </w:r>
            <w:r w:rsidRPr="00F06F82">
              <w:rPr>
                <w:rFonts w:ascii="Arial" w:hAnsi="Arial"/>
                <w:sz w:val="16"/>
              </w:rPr>
              <w:t xml:space="preserve"> Obligatorio</w:t>
            </w:r>
          </w:p>
        </w:tc>
      </w:tr>
    </w:tbl>
    <w:p w14:paraId="621B014C" w14:textId="77777777" w:rsidR="004F6363" w:rsidRPr="00F06F82" w:rsidRDefault="0068709F">
      <w:r w:rsidRPr="00F06F82">
        <w:br w:type="page"/>
      </w:r>
    </w:p>
    <w:p w14:paraId="410DAE61" w14:textId="77777777" w:rsidR="004F6363" w:rsidRPr="00F06F82" w:rsidRDefault="0068709F">
      <w:pPr>
        <w:pStyle w:val="AnnexTitle"/>
        <w:rPr>
          <w:lang w:val="es-MX"/>
        </w:rPr>
      </w:pPr>
      <w:r w:rsidRPr="00F06F82">
        <w:rPr>
          <w:lang w:val="es-MX"/>
        </w:rPr>
        <w:t>ANEXO N°1. FORMULARIO DE POSTULACIÓN</w:t>
      </w:r>
    </w:p>
    <w:p w14:paraId="44E79D0C" w14:textId="35D77C7B" w:rsidR="004F6363" w:rsidRPr="00F06F82" w:rsidRDefault="0068709F">
      <w:pPr>
        <w:jc w:val="both"/>
      </w:pPr>
      <w:r w:rsidRPr="00F06F82">
        <w:t>Este formulario permite evaluar el ajuste al reto, mérito tecnológico, factibilidad del piloto, capacidades del equipo, potencial de escalamiento y condiciones de propiedad intelectual y transferencia. Debe ser completado por el</w:t>
      </w:r>
      <w:r w:rsidR="00FE31C5">
        <w:t>/la directora/a</w:t>
      </w:r>
      <w:r w:rsidRPr="00F06F82">
        <w:t xml:space="preserve"> o líder responsable y validado por la entidad postulante.</w:t>
      </w:r>
    </w:p>
    <w:p w14:paraId="0480BF16" w14:textId="77777777" w:rsidR="004F6363" w:rsidRPr="00F06F82" w:rsidRDefault="0068709F">
      <w:pPr>
        <w:pStyle w:val="Ttulo1"/>
      </w:pPr>
      <w:r w:rsidRPr="00F06F82">
        <w:rPr>
          <w:rFonts w:ascii="Verdana" w:hAnsi="Verdana"/>
        </w:rPr>
        <w:t>I. IDENTIFICACIÓN DE LA PROPUESTA</w:t>
      </w:r>
    </w:p>
    <w:tbl>
      <w:tblPr>
        <w:tblW w:w="0" w:type="auto"/>
        <w:jc w:val="center"/>
        <w:tblLayout w:type="fixed"/>
        <w:tblLook w:val="04A0" w:firstRow="1" w:lastRow="0" w:firstColumn="1" w:lastColumn="0" w:noHBand="0" w:noVBand="1"/>
      </w:tblPr>
      <w:tblGrid>
        <w:gridCol w:w="3458"/>
        <w:gridCol w:w="6180"/>
      </w:tblGrid>
      <w:tr w:rsidR="004F6363" w:rsidRPr="00F06F82" w14:paraId="7BCBEA94"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5A2F6DC8" w14:textId="77777777" w:rsidR="004F6363" w:rsidRPr="00F06F82" w:rsidRDefault="0068709F">
            <w:pPr>
              <w:spacing w:after="40" w:line="252" w:lineRule="auto"/>
            </w:pPr>
            <w:r w:rsidRPr="00F06F82">
              <w:rPr>
                <w:b/>
                <w:sz w:val="17"/>
              </w:rPr>
              <w:t>Título del proyecto</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89373BC" w14:textId="77777777" w:rsidR="004F6363" w:rsidRPr="00F06F82" w:rsidRDefault="004F6363">
            <w:pPr>
              <w:spacing w:after="40" w:line="252" w:lineRule="auto"/>
            </w:pPr>
          </w:p>
        </w:tc>
      </w:tr>
      <w:tr w:rsidR="004F6363" w:rsidRPr="00F06F82" w14:paraId="416E94D8"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58F3368F" w14:textId="77777777" w:rsidR="004F6363" w:rsidRPr="00F06F82" w:rsidRDefault="0068709F">
            <w:pPr>
              <w:spacing w:after="40" w:line="252" w:lineRule="auto"/>
            </w:pPr>
            <w:r w:rsidRPr="00F06F82">
              <w:rPr>
                <w:b/>
                <w:sz w:val="17"/>
              </w:rPr>
              <w:t>Nombre de la tecnología o solución</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5810377" w14:textId="77777777" w:rsidR="004F6363" w:rsidRPr="00F06F82" w:rsidRDefault="004F6363">
            <w:pPr>
              <w:spacing w:after="40" w:line="252" w:lineRule="auto"/>
            </w:pPr>
          </w:p>
        </w:tc>
      </w:tr>
      <w:tr w:rsidR="004F6363" w:rsidRPr="00F06F82" w14:paraId="4A1154BC"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4A50E72D" w14:textId="77777777" w:rsidR="004F6363" w:rsidRPr="00F06F82" w:rsidRDefault="0068709F">
            <w:pPr>
              <w:spacing w:after="40" w:line="252" w:lineRule="auto"/>
            </w:pPr>
            <w:r w:rsidRPr="00F06F82">
              <w:rPr>
                <w:b/>
                <w:sz w:val="17"/>
              </w:rPr>
              <w:t>Resumen ejecutivo (máximo 150 palabras)</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CC198D8" w14:textId="77777777" w:rsidR="004F6363" w:rsidRPr="00F06F82" w:rsidRDefault="004F6363">
            <w:pPr>
              <w:spacing w:after="40" w:line="252" w:lineRule="auto"/>
            </w:pPr>
          </w:p>
        </w:tc>
      </w:tr>
      <w:tr w:rsidR="004F6363" w:rsidRPr="00F06F82" w14:paraId="6FABDA86"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15EC87F7" w14:textId="77777777" w:rsidR="004F6363" w:rsidRPr="00F06F82" w:rsidRDefault="0068709F">
            <w:pPr>
              <w:spacing w:after="40" w:line="252" w:lineRule="auto"/>
            </w:pPr>
            <w:r w:rsidRPr="00F06F82">
              <w:rPr>
                <w:b/>
                <w:sz w:val="17"/>
              </w:rPr>
              <w:t>Reto estratégico principal</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E28D623" w14:textId="77777777" w:rsidR="004F6363" w:rsidRPr="00F06F82" w:rsidRDefault="0068709F">
            <w:pPr>
              <w:spacing w:after="40" w:line="252" w:lineRule="auto"/>
            </w:pPr>
            <w:r w:rsidRPr="00F06F82">
              <w:rPr>
                <w:sz w:val="17"/>
              </w:rPr>
              <w:t xml:space="preserve">☐ Sanidad vegetal avanzada   ☐ </w:t>
            </w:r>
            <w:proofErr w:type="spellStart"/>
            <w:r w:rsidRPr="00F06F82">
              <w:rPr>
                <w:sz w:val="17"/>
              </w:rPr>
              <w:t>Bioinsumos</w:t>
            </w:r>
            <w:proofErr w:type="spellEnd"/>
            <w:r w:rsidRPr="00F06F82">
              <w:rPr>
                <w:sz w:val="17"/>
              </w:rPr>
              <w:t xml:space="preserve"> y formulaciones sostenibles   ☐ Suelo y agua   ☐ Agricultura de precisión y analítica</w:t>
            </w:r>
          </w:p>
        </w:tc>
      </w:tr>
      <w:tr w:rsidR="004F6363" w:rsidRPr="00F06F82" w14:paraId="7200D6FD"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2EEB3068" w14:textId="77777777" w:rsidR="004F6363" w:rsidRPr="00F06F82" w:rsidRDefault="0068709F">
            <w:pPr>
              <w:spacing w:after="40" w:line="252" w:lineRule="auto"/>
            </w:pPr>
            <w:r w:rsidRPr="00F06F82">
              <w:rPr>
                <w:b/>
                <w:sz w:val="17"/>
              </w:rPr>
              <w:t>Reto secundario, si corresponde</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FACC4A6" w14:textId="77777777" w:rsidR="004F6363" w:rsidRPr="00F06F82" w:rsidRDefault="004F6363">
            <w:pPr>
              <w:spacing w:after="40" w:line="252" w:lineRule="auto"/>
            </w:pPr>
          </w:p>
        </w:tc>
      </w:tr>
      <w:tr w:rsidR="004F6363" w:rsidRPr="00F06F82" w14:paraId="53A3DB8A"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25449B14" w14:textId="77777777" w:rsidR="004F6363" w:rsidRPr="00F06F82" w:rsidRDefault="0068709F">
            <w:pPr>
              <w:spacing w:after="40" w:line="252" w:lineRule="auto"/>
            </w:pPr>
            <w:r w:rsidRPr="00F06F82">
              <w:rPr>
                <w:b/>
                <w:sz w:val="17"/>
              </w:rPr>
              <w:t>Caso de uso, cultivo, proceso o usuario objetivo</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3FE08C9" w14:textId="77777777" w:rsidR="004F6363" w:rsidRPr="00F06F82" w:rsidRDefault="004F6363">
            <w:pPr>
              <w:spacing w:after="40" w:line="252" w:lineRule="auto"/>
            </w:pPr>
          </w:p>
        </w:tc>
      </w:tr>
      <w:tr w:rsidR="004F6363" w:rsidRPr="00F06F82" w14:paraId="3B364180"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502A12C6" w14:textId="77777777" w:rsidR="004F6363" w:rsidRPr="00F06F82" w:rsidRDefault="0068709F">
            <w:pPr>
              <w:spacing w:after="40" w:line="252" w:lineRule="auto"/>
            </w:pPr>
            <w:r w:rsidRPr="00F06F82">
              <w:rPr>
                <w:b/>
                <w:sz w:val="17"/>
              </w:rPr>
              <w:t>TRL inicial declarado</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91F275E" w14:textId="77777777" w:rsidR="004F6363" w:rsidRPr="00F06F82" w:rsidRDefault="0068709F">
            <w:pPr>
              <w:spacing w:after="40" w:line="252" w:lineRule="auto"/>
            </w:pPr>
            <w:r w:rsidRPr="00F06F82">
              <w:rPr>
                <w:sz w:val="17"/>
              </w:rPr>
              <w:t>☐ TRL 4   ☐ TRL 5   ☐ TRL 6   ☐ Otro: ________</w:t>
            </w:r>
          </w:p>
        </w:tc>
      </w:tr>
      <w:tr w:rsidR="004F6363" w:rsidRPr="00F06F82" w14:paraId="6B57DCA7"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2B7BAB2F" w14:textId="77777777" w:rsidR="004F6363" w:rsidRPr="00F06F82" w:rsidRDefault="0068709F">
            <w:pPr>
              <w:spacing w:after="40" w:line="252" w:lineRule="auto"/>
            </w:pPr>
            <w:r w:rsidRPr="00F06F82">
              <w:rPr>
                <w:b/>
                <w:sz w:val="17"/>
              </w:rPr>
              <w:t>TRL esperado al cierre</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2630231" w14:textId="77777777" w:rsidR="004F6363" w:rsidRPr="00F06F82" w:rsidRDefault="004F6363">
            <w:pPr>
              <w:spacing w:after="40" w:line="252" w:lineRule="auto"/>
            </w:pPr>
          </w:p>
        </w:tc>
      </w:tr>
      <w:tr w:rsidR="004F6363" w:rsidRPr="00F06F82" w14:paraId="73900CFD"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24B8DE1E" w14:textId="77777777" w:rsidR="004F6363" w:rsidRPr="00F06F82" w:rsidRDefault="0068709F">
            <w:pPr>
              <w:spacing w:after="40" w:line="252" w:lineRule="auto"/>
            </w:pPr>
            <w:r w:rsidRPr="00F06F82">
              <w:rPr>
                <w:b/>
                <w:sz w:val="17"/>
              </w:rPr>
              <w:t>Duración solicitada</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32DEAA8" w14:textId="77777777" w:rsidR="004F6363" w:rsidRPr="00F06F82" w:rsidRDefault="0068709F">
            <w:pPr>
              <w:spacing w:after="40" w:line="252" w:lineRule="auto"/>
            </w:pPr>
            <w:r w:rsidRPr="00F06F82">
              <w:rPr>
                <w:sz w:val="17"/>
              </w:rPr>
              <w:t>_____ meses, con máximo de 12 meses</w:t>
            </w:r>
          </w:p>
        </w:tc>
      </w:tr>
      <w:tr w:rsidR="004F6363" w:rsidRPr="00F06F82" w14:paraId="1820BB0E"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784F3D91" w14:textId="77777777" w:rsidR="004F6363" w:rsidRPr="00F06F82" w:rsidRDefault="0068709F">
            <w:pPr>
              <w:spacing w:after="40" w:line="252" w:lineRule="auto"/>
            </w:pPr>
            <w:r w:rsidRPr="00F06F82">
              <w:rPr>
                <w:b/>
                <w:sz w:val="17"/>
              </w:rPr>
              <w:t>Financiamiento solicitado</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2F9E707" w14:textId="77777777" w:rsidR="004F6363" w:rsidRPr="00F06F82" w:rsidRDefault="0068709F">
            <w:pPr>
              <w:spacing w:after="40" w:line="252" w:lineRule="auto"/>
            </w:pPr>
            <w:r w:rsidRPr="00F06F82">
              <w:rPr>
                <w:sz w:val="17"/>
              </w:rPr>
              <w:t>$ __________________</w:t>
            </w:r>
          </w:p>
        </w:tc>
      </w:tr>
      <w:tr w:rsidR="004F6363" w:rsidRPr="00F06F82" w14:paraId="47568617"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3AB4D4D0" w14:textId="19A46F45" w:rsidR="004F6363" w:rsidRPr="00F06F82" w:rsidRDefault="0068709F">
            <w:pPr>
              <w:spacing w:after="40" w:line="252" w:lineRule="auto"/>
            </w:pPr>
            <w:r w:rsidRPr="00F06F82">
              <w:rPr>
                <w:b/>
                <w:sz w:val="17"/>
              </w:rPr>
              <w:t xml:space="preserve">Entidad </w:t>
            </w:r>
            <w:r w:rsidR="00FE31C5">
              <w:rPr>
                <w:b/>
                <w:sz w:val="17"/>
              </w:rPr>
              <w:t>Postulante</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6550967" w14:textId="77777777" w:rsidR="004F6363" w:rsidRPr="00F06F82" w:rsidRDefault="004F6363">
            <w:pPr>
              <w:spacing w:after="40" w:line="252" w:lineRule="auto"/>
            </w:pPr>
          </w:p>
        </w:tc>
      </w:tr>
      <w:tr w:rsidR="004F6363" w:rsidRPr="00F06F82" w14:paraId="4AE96CCA"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5D62F9BE" w14:textId="77777777" w:rsidR="004F6363" w:rsidRPr="00F06F82" w:rsidRDefault="0068709F">
            <w:pPr>
              <w:spacing w:after="40" w:line="252" w:lineRule="auto"/>
            </w:pPr>
            <w:r w:rsidRPr="00F06F82">
              <w:rPr>
                <w:b/>
                <w:sz w:val="17"/>
              </w:rPr>
              <w:t>Tipo de entidad</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913E29D" w14:textId="77777777" w:rsidR="004F6363" w:rsidRPr="00F06F82" w:rsidRDefault="0068709F">
            <w:pPr>
              <w:spacing w:after="40" w:line="252" w:lineRule="auto"/>
            </w:pPr>
            <w:r w:rsidRPr="00F06F82">
              <w:rPr>
                <w:sz w:val="17"/>
              </w:rPr>
              <w:t xml:space="preserve">☐ Universidad/IES   ☐ Centro I+D/tecnológico   ☐ </w:t>
            </w:r>
            <w:proofErr w:type="gramStart"/>
            <w:r w:rsidRPr="00F06F82">
              <w:rPr>
                <w:sz w:val="17"/>
              </w:rPr>
              <w:t>Startup</w:t>
            </w:r>
            <w:proofErr w:type="gramEnd"/>
            <w:r w:rsidRPr="00F06F82">
              <w:rPr>
                <w:sz w:val="17"/>
              </w:rPr>
              <w:t>/</w:t>
            </w:r>
            <w:proofErr w:type="spellStart"/>
            <w:r w:rsidRPr="00F06F82">
              <w:rPr>
                <w:sz w:val="17"/>
              </w:rPr>
              <w:t>scaleup</w:t>
            </w:r>
            <w:proofErr w:type="spellEnd"/>
            <w:r w:rsidRPr="00F06F82">
              <w:rPr>
                <w:sz w:val="17"/>
              </w:rPr>
              <w:t>/EBCT   ☐ PYME   ☐ Proveedor tecnológico   ☐ Consorcio</w:t>
            </w:r>
          </w:p>
        </w:tc>
      </w:tr>
      <w:tr w:rsidR="004F6363" w:rsidRPr="00F06F82" w14:paraId="0F50BBEF"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77FF4D5B" w14:textId="77777777" w:rsidR="004F6363" w:rsidRPr="00F06F82" w:rsidRDefault="0068709F">
            <w:pPr>
              <w:spacing w:after="40" w:line="252" w:lineRule="auto"/>
            </w:pPr>
            <w:r w:rsidRPr="00F06F82">
              <w:rPr>
                <w:b/>
                <w:sz w:val="17"/>
              </w:rPr>
              <w:t>RUT o identificación tributaria</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847A34F" w14:textId="77777777" w:rsidR="004F6363" w:rsidRPr="00F06F82" w:rsidRDefault="004F6363">
            <w:pPr>
              <w:spacing w:after="40" w:line="252" w:lineRule="auto"/>
            </w:pPr>
          </w:p>
        </w:tc>
      </w:tr>
      <w:tr w:rsidR="004F6363" w:rsidRPr="00F06F82" w14:paraId="26E53B4A"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27467613" w14:textId="77777777" w:rsidR="004F6363" w:rsidRPr="00F06F82" w:rsidRDefault="0068709F">
            <w:pPr>
              <w:spacing w:after="40" w:line="252" w:lineRule="auto"/>
            </w:pPr>
            <w:r w:rsidRPr="00F06F82">
              <w:rPr>
                <w:b/>
                <w:sz w:val="17"/>
              </w:rPr>
              <w:t>País, región y comuna</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52C7DDC" w14:textId="77777777" w:rsidR="004F6363" w:rsidRPr="00F06F82" w:rsidRDefault="004F6363">
            <w:pPr>
              <w:spacing w:after="40" w:line="252" w:lineRule="auto"/>
            </w:pPr>
          </w:p>
        </w:tc>
      </w:tr>
      <w:tr w:rsidR="004F6363" w:rsidRPr="00F06F82" w14:paraId="585EEAD4"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43203B9B" w14:textId="77777777" w:rsidR="004F6363" w:rsidRPr="00F06F82" w:rsidRDefault="0068709F">
            <w:pPr>
              <w:spacing w:after="40" w:line="252" w:lineRule="auto"/>
            </w:pPr>
            <w:r w:rsidRPr="00F06F82">
              <w:rPr>
                <w:b/>
                <w:sz w:val="17"/>
              </w:rPr>
              <w:t>Sitio web</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69B8C37" w14:textId="77777777" w:rsidR="004F6363" w:rsidRPr="00F06F82" w:rsidRDefault="004F6363">
            <w:pPr>
              <w:spacing w:after="40" w:line="252" w:lineRule="auto"/>
            </w:pPr>
          </w:p>
        </w:tc>
      </w:tr>
      <w:tr w:rsidR="004F6363" w:rsidRPr="00F06F82" w14:paraId="00D47660"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4C63A07B" w14:textId="0DD70ADB" w:rsidR="004F6363" w:rsidRPr="00F06F82" w:rsidRDefault="0068709F">
            <w:pPr>
              <w:spacing w:after="40" w:line="252" w:lineRule="auto"/>
            </w:pPr>
            <w:r w:rsidRPr="00F06F82">
              <w:rPr>
                <w:b/>
                <w:sz w:val="17"/>
              </w:rPr>
              <w:t>Director</w:t>
            </w:r>
            <w:r w:rsidR="00FE31C5">
              <w:rPr>
                <w:b/>
                <w:sz w:val="17"/>
              </w:rPr>
              <w:t>/a</w:t>
            </w:r>
            <w:r w:rsidRPr="00F06F82">
              <w:rPr>
                <w:b/>
                <w:sz w:val="17"/>
              </w:rPr>
              <w:t xml:space="preserve"> o líder responsable</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51063E1" w14:textId="77777777" w:rsidR="004F6363" w:rsidRPr="00F06F82" w:rsidRDefault="004F6363">
            <w:pPr>
              <w:spacing w:after="40" w:line="252" w:lineRule="auto"/>
            </w:pPr>
          </w:p>
        </w:tc>
      </w:tr>
      <w:tr w:rsidR="004F6363" w:rsidRPr="00F06F82" w14:paraId="459370C2"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71CDE6DC" w14:textId="48AE9858" w:rsidR="004F6363" w:rsidRPr="00F06F82" w:rsidRDefault="0068709F">
            <w:pPr>
              <w:spacing w:after="40" w:line="252" w:lineRule="auto"/>
            </w:pPr>
            <w:r w:rsidRPr="00F06F82">
              <w:rPr>
                <w:b/>
                <w:sz w:val="17"/>
              </w:rPr>
              <w:t>Correo electrónico y teléfono del</w:t>
            </w:r>
            <w:r w:rsidR="00462611">
              <w:rPr>
                <w:b/>
                <w:sz w:val="17"/>
              </w:rPr>
              <w:t>/la directora/a</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31E89A7" w14:textId="77777777" w:rsidR="004F6363" w:rsidRPr="00F06F82" w:rsidRDefault="004F6363">
            <w:pPr>
              <w:spacing w:after="40" w:line="252" w:lineRule="auto"/>
            </w:pPr>
          </w:p>
        </w:tc>
      </w:tr>
      <w:tr w:rsidR="004F6363" w:rsidRPr="00F06F82" w14:paraId="7F18F0AF"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445998F2" w14:textId="77777777" w:rsidR="004F6363" w:rsidRPr="00F06F82" w:rsidRDefault="0068709F">
            <w:pPr>
              <w:spacing w:after="40" w:line="252" w:lineRule="auto"/>
            </w:pPr>
            <w:r w:rsidRPr="00F06F82">
              <w:rPr>
                <w:b/>
                <w:sz w:val="17"/>
              </w:rPr>
              <w:t>Representante legal o autoridad institucional</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C4D5DEC" w14:textId="77777777" w:rsidR="004F6363" w:rsidRPr="00F06F82" w:rsidRDefault="004F6363">
            <w:pPr>
              <w:spacing w:after="40" w:line="252" w:lineRule="auto"/>
            </w:pPr>
          </w:p>
        </w:tc>
      </w:tr>
      <w:tr w:rsidR="004F6363" w:rsidRPr="00F06F82" w14:paraId="7C196B4C"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7AD6747D" w14:textId="77777777" w:rsidR="004F6363" w:rsidRPr="00F06F82" w:rsidRDefault="0068709F">
            <w:pPr>
              <w:spacing w:after="40" w:line="252" w:lineRule="auto"/>
            </w:pPr>
            <w:r w:rsidRPr="00F06F82">
              <w:rPr>
                <w:b/>
                <w:sz w:val="17"/>
              </w:rPr>
              <w:t>Contacto OTL, innovación o unidad jurídica, si aplica</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03FD6A0" w14:textId="77777777" w:rsidR="004F6363" w:rsidRPr="00F06F82" w:rsidRDefault="004F6363">
            <w:pPr>
              <w:spacing w:after="40" w:line="252" w:lineRule="auto"/>
            </w:pPr>
          </w:p>
        </w:tc>
      </w:tr>
      <w:tr w:rsidR="004F6363" w:rsidRPr="00F06F82" w14:paraId="797F249C" w14:textId="77777777">
        <w:trPr>
          <w:cantSplit/>
          <w:jc w:val="center"/>
        </w:trPr>
        <w:tc>
          <w:tcPr>
            <w:tcW w:w="345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76364522" w14:textId="77777777" w:rsidR="004F6363" w:rsidRPr="00F06F82" w:rsidRDefault="0068709F">
            <w:pPr>
              <w:spacing w:after="40" w:line="252" w:lineRule="auto"/>
            </w:pPr>
            <w:r w:rsidRPr="00F06F82">
              <w:rPr>
                <w:b/>
                <w:sz w:val="17"/>
              </w:rPr>
              <w:t>Entidades asociadas o integrantes del consorcio</w:t>
            </w:r>
          </w:p>
        </w:tc>
        <w:tc>
          <w:tcPr>
            <w:tcW w:w="618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B071361" w14:textId="77777777" w:rsidR="004F6363" w:rsidRPr="00F06F82" w:rsidRDefault="004F6363">
            <w:pPr>
              <w:spacing w:after="40" w:line="252" w:lineRule="auto"/>
            </w:pPr>
          </w:p>
        </w:tc>
      </w:tr>
    </w:tbl>
    <w:p w14:paraId="1EF60476" w14:textId="16789C58" w:rsidR="004F6363" w:rsidRPr="00F06F82" w:rsidRDefault="0068709F">
      <w:pPr>
        <w:pStyle w:val="Ttulo1"/>
      </w:pPr>
      <w:r w:rsidRPr="00F06F82">
        <w:rPr>
          <w:rFonts w:ascii="Verdana" w:hAnsi="Verdana"/>
        </w:rPr>
        <w:t xml:space="preserve">II. ENTIDAD POSTULANTE </w:t>
      </w:r>
    </w:p>
    <w:p w14:paraId="5F15EC72" w14:textId="74A4ADAC" w:rsidR="004F6363" w:rsidRPr="00F06F82" w:rsidRDefault="0068709F">
      <w:pPr>
        <w:pStyle w:val="FormInstruction"/>
        <w:rPr>
          <w:lang w:val="es-MX"/>
        </w:rPr>
      </w:pPr>
      <w:r w:rsidRPr="00F06F82">
        <w:rPr>
          <w:lang w:val="es-MX"/>
        </w:rPr>
        <w:t xml:space="preserve">Describa la </w:t>
      </w:r>
      <w:r w:rsidR="00B411E0">
        <w:rPr>
          <w:lang w:val="es-MX"/>
        </w:rPr>
        <w:t>E</w:t>
      </w:r>
      <w:r w:rsidRPr="00F06F82">
        <w:rPr>
          <w:lang w:val="es-MX"/>
        </w:rPr>
        <w:t>ntidad</w:t>
      </w:r>
      <w:r w:rsidR="00B411E0">
        <w:rPr>
          <w:lang w:val="es-MX"/>
        </w:rPr>
        <w:t xml:space="preserve"> Postulante</w:t>
      </w:r>
      <w:r w:rsidRPr="00F06F82">
        <w:rPr>
          <w:lang w:val="es-MX"/>
        </w:rPr>
        <w:t xml:space="preserve">, su experiencia, capacidad jurídica y operativa, infraestructura y facultades para ejecutar el piloto y suscribir el convenio. </w:t>
      </w:r>
    </w:p>
    <w:tbl>
      <w:tblPr>
        <w:tblW w:w="0" w:type="auto"/>
        <w:jc w:val="center"/>
        <w:tblLayout w:type="fixed"/>
        <w:tblLook w:val="04A0" w:firstRow="1" w:lastRow="0" w:firstColumn="1" w:lastColumn="0" w:noHBand="0" w:noVBand="1"/>
      </w:tblPr>
      <w:tblGrid>
        <w:gridCol w:w="10200"/>
      </w:tblGrid>
      <w:tr w:rsidR="004F6363" w:rsidRPr="00F06F82" w14:paraId="5404D5B6" w14:textId="77777777">
        <w:trPr>
          <w:cantSplit/>
          <w:tblHeader/>
          <w:jc w:val="center"/>
        </w:trPr>
        <w:tc>
          <w:tcPr>
            <w:tcW w:w="10200"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671CB97D" w14:textId="3FEA7D4C" w:rsidR="004F6363" w:rsidRPr="00F06F82" w:rsidRDefault="0068709F">
            <w:pPr>
              <w:spacing w:after="40" w:line="252" w:lineRule="auto"/>
            </w:pPr>
            <w:r w:rsidRPr="00F06F82">
              <w:rPr>
                <w:b/>
                <w:color w:val="17365D"/>
                <w:sz w:val="18"/>
              </w:rPr>
              <w:t>Descripción de la entidad postulante</w:t>
            </w:r>
          </w:p>
        </w:tc>
      </w:tr>
      <w:tr w:rsidR="004F6363" w:rsidRPr="00F06F82" w14:paraId="64BDE265" w14:textId="77777777">
        <w:trPr>
          <w:cantSplit/>
          <w:trHeight w:val="1701"/>
          <w:jc w:val="center"/>
        </w:trPr>
        <w:tc>
          <w:tcPr>
            <w:tcW w:w="1020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8879722" w14:textId="77777777" w:rsidR="004F6363" w:rsidRPr="00F06F82" w:rsidRDefault="004F6363">
            <w:pPr>
              <w:spacing w:after="40" w:line="252" w:lineRule="auto"/>
            </w:pPr>
          </w:p>
        </w:tc>
      </w:tr>
    </w:tbl>
    <w:p w14:paraId="63A31DDF" w14:textId="77777777" w:rsidR="004F6363" w:rsidRPr="00F06F82" w:rsidRDefault="0068709F">
      <w:pPr>
        <w:pStyle w:val="Ttulo1"/>
      </w:pPr>
      <w:r w:rsidRPr="00F06F82">
        <w:rPr>
          <w:rFonts w:ascii="Verdana" w:hAnsi="Verdana"/>
        </w:rPr>
        <w:t>III. EQUIPO CRÍTICO</w:t>
      </w:r>
    </w:p>
    <w:p w14:paraId="03BDE468" w14:textId="77777777" w:rsidR="004F6363" w:rsidRPr="00F06F82" w:rsidRDefault="0068709F">
      <w:pPr>
        <w:pStyle w:val="FormInstruction"/>
        <w:rPr>
          <w:lang w:val="es-MX"/>
        </w:rPr>
      </w:pPr>
      <w:r w:rsidRPr="00F06F82">
        <w:rPr>
          <w:lang w:val="es-MX"/>
        </w:rPr>
        <w:t>Incorpore a las personas cuya participación sea necesaria para la ejecución, validación, regulación, transferencia y toma de decisiones. Agregue filas si corresponde.</w:t>
      </w:r>
    </w:p>
    <w:tbl>
      <w:tblPr>
        <w:tblW w:w="0" w:type="auto"/>
        <w:jc w:val="center"/>
        <w:tblLayout w:type="fixed"/>
        <w:tblLook w:val="04A0" w:firstRow="1" w:lastRow="0" w:firstColumn="1" w:lastColumn="0" w:noHBand="0" w:noVBand="1"/>
      </w:tblPr>
      <w:tblGrid>
        <w:gridCol w:w="1417"/>
        <w:gridCol w:w="1871"/>
        <w:gridCol w:w="1134"/>
        <w:gridCol w:w="1531"/>
        <w:gridCol w:w="1304"/>
      </w:tblGrid>
      <w:tr w:rsidR="008024E9" w:rsidRPr="00F06F82" w14:paraId="7863C58F" w14:textId="77777777">
        <w:trPr>
          <w:cantSplit/>
          <w:tblHeader/>
          <w:jc w:val="center"/>
        </w:trPr>
        <w:tc>
          <w:tcPr>
            <w:tcW w:w="1417"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26F02EF1" w14:textId="77777777" w:rsidR="008024E9" w:rsidRPr="00F06F82" w:rsidRDefault="008024E9">
            <w:pPr>
              <w:spacing w:after="40" w:line="252" w:lineRule="auto"/>
            </w:pPr>
            <w:r w:rsidRPr="00F06F82">
              <w:rPr>
                <w:b/>
                <w:color w:val="17365D"/>
                <w:sz w:val="15"/>
              </w:rPr>
              <w:t>Rol</w:t>
            </w:r>
          </w:p>
        </w:tc>
        <w:tc>
          <w:tcPr>
            <w:tcW w:w="187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6745A020" w14:textId="77777777" w:rsidR="008024E9" w:rsidRPr="00F06F82" w:rsidRDefault="008024E9">
            <w:pPr>
              <w:spacing w:after="40" w:line="252" w:lineRule="auto"/>
            </w:pPr>
            <w:r w:rsidRPr="00F06F82">
              <w:rPr>
                <w:b/>
                <w:color w:val="17365D"/>
                <w:sz w:val="15"/>
              </w:rPr>
              <w:t>Nombre</w:t>
            </w:r>
          </w:p>
        </w:tc>
        <w:tc>
          <w:tcPr>
            <w:tcW w:w="1134"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751CDDE3" w14:textId="77777777" w:rsidR="008024E9" w:rsidRPr="00F06F82" w:rsidRDefault="008024E9">
            <w:pPr>
              <w:spacing w:after="40" w:line="252" w:lineRule="auto"/>
            </w:pPr>
            <w:r w:rsidRPr="00F06F82">
              <w:rPr>
                <w:b/>
                <w:color w:val="17365D"/>
                <w:sz w:val="15"/>
              </w:rPr>
              <w:t>RUT / ID</w:t>
            </w:r>
          </w:p>
        </w:tc>
        <w:tc>
          <w:tcPr>
            <w:tcW w:w="153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6F794DBD" w14:textId="77777777" w:rsidR="008024E9" w:rsidRPr="00F06F82" w:rsidRDefault="008024E9">
            <w:pPr>
              <w:spacing w:after="40" w:line="252" w:lineRule="auto"/>
            </w:pPr>
            <w:r w:rsidRPr="00F06F82">
              <w:rPr>
                <w:b/>
                <w:color w:val="17365D"/>
                <w:sz w:val="15"/>
              </w:rPr>
              <w:t>Cargo e institución</w:t>
            </w:r>
          </w:p>
        </w:tc>
        <w:tc>
          <w:tcPr>
            <w:tcW w:w="1304"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1BA84AAB" w14:textId="77777777" w:rsidR="008024E9" w:rsidRPr="00F06F82" w:rsidRDefault="008024E9">
            <w:pPr>
              <w:spacing w:after="40" w:line="252" w:lineRule="auto"/>
            </w:pPr>
            <w:r w:rsidRPr="00F06F82">
              <w:rPr>
                <w:b/>
                <w:color w:val="17365D"/>
                <w:sz w:val="15"/>
              </w:rPr>
              <w:t>Especialidad</w:t>
            </w:r>
          </w:p>
        </w:tc>
      </w:tr>
      <w:tr w:rsidR="008024E9" w:rsidRPr="00F06F82" w14:paraId="1EB5A539" w14:textId="77777777">
        <w:trPr>
          <w:cantSplit/>
          <w:jc w:val="center"/>
        </w:trPr>
        <w:tc>
          <w:tcPr>
            <w:tcW w:w="141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69F036D" w14:textId="77777777" w:rsidR="008024E9" w:rsidRPr="00F06F82" w:rsidRDefault="008024E9">
            <w:pPr>
              <w:spacing w:after="40" w:line="252" w:lineRule="auto"/>
            </w:pPr>
            <w:r w:rsidRPr="00F06F82">
              <w:rPr>
                <w:sz w:val="15"/>
              </w:rPr>
              <w:t>Director/a</w:t>
            </w:r>
          </w:p>
        </w:tc>
        <w:tc>
          <w:tcPr>
            <w:tcW w:w="187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D532578" w14:textId="77777777" w:rsidR="008024E9" w:rsidRPr="00F06F82" w:rsidRDefault="008024E9">
            <w:pPr>
              <w:spacing w:after="40" w:line="252" w:lineRule="auto"/>
            </w:pPr>
          </w:p>
        </w:tc>
        <w:tc>
          <w:tcPr>
            <w:tcW w:w="113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9D14143" w14:textId="77777777" w:rsidR="008024E9" w:rsidRPr="00F06F82" w:rsidRDefault="008024E9">
            <w:pPr>
              <w:spacing w:after="40" w:line="252" w:lineRule="auto"/>
            </w:pPr>
          </w:p>
        </w:tc>
        <w:tc>
          <w:tcPr>
            <w:tcW w:w="153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BC18AEC" w14:textId="77777777" w:rsidR="008024E9" w:rsidRPr="00F06F82" w:rsidRDefault="008024E9">
            <w:pPr>
              <w:spacing w:after="40" w:line="252" w:lineRule="auto"/>
            </w:pPr>
          </w:p>
        </w:tc>
        <w:tc>
          <w:tcPr>
            <w:tcW w:w="130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AFB4292" w14:textId="77777777" w:rsidR="008024E9" w:rsidRPr="00F06F82" w:rsidRDefault="008024E9">
            <w:pPr>
              <w:spacing w:after="40" w:line="252" w:lineRule="auto"/>
            </w:pPr>
          </w:p>
        </w:tc>
      </w:tr>
      <w:tr w:rsidR="008024E9" w:rsidRPr="00F06F82" w14:paraId="019DE8F0" w14:textId="77777777">
        <w:trPr>
          <w:cantSplit/>
          <w:jc w:val="center"/>
        </w:trPr>
        <w:tc>
          <w:tcPr>
            <w:tcW w:w="141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9904E6E" w14:textId="5740B952" w:rsidR="008024E9" w:rsidRPr="00F06F82" w:rsidRDefault="008024E9">
            <w:pPr>
              <w:spacing w:after="40" w:line="252" w:lineRule="auto"/>
            </w:pPr>
          </w:p>
        </w:tc>
        <w:tc>
          <w:tcPr>
            <w:tcW w:w="187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01D99D1" w14:textId="77777777" w:rsidR="008024E9" w:rsidRPr="00F06F82" w:rsidRDefault="008024E9">
            <w:pPr>
              <w:spacing w:after="40" w:line="252" w:lineRule="auto"/>
            </w:pPr>
          </w:p>
        </w:tc>
        <w:tc>
          <w:tcPr>
            <w:tcW w:w="113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AA2C82F" w14:textId="77777777" w:rsidR="008024E9" w:rsidRPr="00F06F82" w:rsidRDefault="008024E9">
            <w:pPr>
              <w:spacing w:after="40" w:line="252" w:lineRule="auto"/>
            </w:pPr>
          </w:p>
        </w:tc>
        <w:tc>
          <w:tcPr>
            <w:tcW w:w="153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1E6843A" w14:textId="77777777" w:rsidR="008024E9" w:rsidRPr="00F06F82" w:rsidRDefault="008024E9">
            <w:pPr>
              <w:spacing w:after="40" w:line="252" w:lineRule="auto"/>
            </w:pPr>
          </w:p>
        </w:tc>
        <w:tc>
          <w:tcPr>
            <w:tcW w:w="130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36B4DAE" w14:textId="77777777" w:rsidR="008024E9" w:rsidRPr="00F06F82" w:rsidRDefault="008024E9">
            <w:pPr>
              <w:spacing w:after="40" w:line="252" w:lineRule="auto"/>
            </w:pPr>
          </w:p>
        </w:tc>
      </w:tr>
      <w:tr w:rsidR="008024E9" w:rsidRPr="00F06F82" w14:paraId="029B978C" w14:textId="77777777">
        <w:trPr>
          <w:cantSplit/>
          <w:jc w:val="center"/>
        </w:trPr>
        <w:tc>
          <w:tcPr>
            <w:tcW w:w="141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1FDF091" w14:textId="69125FF8" w:rsidR="008024E9" w:rsidRPr="00F06F82" w:rsidRDefault="008024E9">
            <w:pPr>
              <w:spacing w:after="40" w:line="252" w:lineRule="auto"/>
            </w:pPr>
          </w:p>
        </w:tc>
        <w:tc>
          <w:tcPr>
            <w:tcW w:w="187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602B90E" w14:textId="77777777" w:rsidR="008024E9" w:rsidRPr="00F06F82" w:rsidRDefault="008024E9">
            <w:pPr>
              <w:spacing w:after="40" w:line="252" w:lineRule="auto"/>
            </w:pPr>
          </w:p>
        </w:tc>
        <w:tc>
          <w:tcPr>
            <w:tcW w:w="113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1820CEA" w14:textId="77777777" w:rsidR="008024E9" w:rsidRPr="00F06F82" w:rsidRDefault="008024E9">
            <w:pPr>
              <w:spacing w:after="40" w:line="252" w:lineRule="auto"/>
            </w:pPr>
          </w:p>
        </w:tc>
        <w:tc>
          <w:tcPr>
            <w:tcW w:w="153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5363F65" w14:textId="77777777" w:rsidR="008024E9" w:rsidRPr="00F06F82" w:rsidRDefault="008024E9">
            <w:pPr>
              <w:spacing w:after="40" w:line="252" w:lineRule="auto"/>
            </w:pPr>
          </w:p>
        </w:tc>
        <w:tc>
          <w:tcPr>
            <w:tcW w:w="130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D2AC156" w14:textId="77777777" w:rsidR="008024E9" w:rsidRPr="00F06F82" w:rsidRDefault="008024E9">
            <w:pPr>
              <w:spacing w:after="40" w:line="252" w:lineRule="auto"/>
            </w:pPr>
          </w:p>
        </w:tc>
      </w:tr>
      <w:tr w:rsidR="008024E9" w:rsidRPr="00F06F82" w14:paraId="25B7F32B" w14:textId="77777777">
        <w:trPr>
          <w:cantSplit/>
          <w:jc w:val="center"/>
        </w:trPr>
        <w:tc>
          <w:tcPr>
            <w:tcW w:w="141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6117B07" w14:textId="00F89D7E" w:rsidR="008024E9" w:rsidRPr="00F06F82" w:rsidRDefault="008024E9">
            <w:pPr>
              <w:spacing w:after="40" w:line="252" w:lineRule="auto"/>
            </w:pPr>
          </w:p>
        </w:tc>
        <w:tc>
          <w:tcPr>
            <w:tcW w:w="187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7A9729F" w14:textId="77777777" w:rsidR="008024E9" w:rsidRPr="00F06F82" w:rsidRDefault="008024E9">
            <w:pPr>
              <w:spacing w:after="40" w:line="252" w:lineRule="auto"/>
            </w:pPr>
          </w:p>
        </w:tc>
        <w:tc>
          <w:tcPr>
            <w:tcW w:w="113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A9EF54A" w14:textId="77777777" w:rsidR="008024E9" w:rsidRPr="00F06F82" w:rsidRDefault="008024E9">
            <w:pPr>
              <w:spacing w:after="40" w:line="252" w:lineRule="auto"/>
            </w:pPr>
          </w:p>
        </w:tc>
        <w:tc>
          <w:tcPr>
            <w:tcW w:w="153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F34BBDA" w14:textId="77777777" w:rsidR="008024E9" w:rsidRPr="00F06F82" w:rsidRDefault="008024E9">
            <w:pPr>
              <w:spacing w:after="40" w:line="252" w:lineRule="auto"/>
            </w:pPr>
          </w:p>
        </w:tc>
        <w:tc>
          <w:tcPr>
            <w:tcW w:w="130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51754DC" w14:textId="77777777" w:rsidR="008024E9" w:rsidRPr="00F06F82" w:rsidRDefault="008024E9">
            <w:pPr>
              <w:spacing w:after="40" w:line="252" w:lineRule="auto"/>
            </w:pPr>
          </w:p>
        </w:tc>
      </w:tr>
      <w:tr w:rsidR="008024E9" w:rsidRPr="00F06F82" w14:paraId="5628289E" w14:textId="77777777">
        <w:trPr>
          <w:cantSplit/>
          <w:jc w:val="center"/>
        </w:trPr>
        <w:tc>
          <w:tcPr>
            <w:tcW w:w="141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CF88354" w14:textId="5CBE8991" w:rsidR="008024E9" w:rsidRPr="00F06F82" w:rsidRDefault="008024E9">
            <w:pPr>
              <w:spacing w:after="40" w:line="252" w:lineRule="auto"/>
            </w:pPr>
          </w:p>
        </w:tc>
        <w:tc>
          <w:tcPr>
            <w:tcW w:w="187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4D2E4AB" w14:textId="77777777" w:rsidR="008024E9" w:rsidRPr="00F06F82" w:rsidRDefault="008024E9">
            <w:pPr>
              <w:spacing w:after="40" w:line="252" w:lineRule="auto"/>
            </w:pPr>
          </w:p>
        </w:tc>
        <w:tc>
          <w:tcPr>
            <w:tcW w:w="113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99B1B9C" w14:textId="77777777" w:rsidR="008024E9" w:rsidRPr="00F06F82" w:rsidRDefault="008024E9">
            <w:pPr>
              <w:spacing w:after="40" w:line="252" w:lineRule="auto"/>
            </w:pPr>
          </w:p>
        </w:tc>
        <w:tc>
          <w:tcPr>
            <w:tcW w:w="153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E7EFEF2" w14:textId="77777777" w:rsidR="008024E9" w:rsidRPr="00F06F82" w:rsidRDefault="008024E9">
            <w:pPr>
              <w:spacing w:after="40" w:line="252" w:lineRule="auto"/>
            </w:pPr>
          </w:p>
        </w:tc>
        <w:tc>
          <w:tcPr>
            <w:tcW w:w="130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9076A80" w14:textId="77777777" w:rsidR="008024E9" w:rsidRPr="00F06F82" w:rsidRDefault="008024E9">
            <w:pPr>
              <w:spacing w:after="40" w:line="252" w:lineRule="auto"/>
            </w:pPr>
          </w:p>
        </w:tc>
      </w:tr>
      <w:tr w:rsidR="008024E9" w:rsidRPr="00F06F82" w14:paraId="01EDF1A6" w14:textId="77777777">
        <w:trPr>
          <w:cantSplit/>
          <w:jc w:val="center"/>
        </w:trPr>
        <w:tc>
          <w:tcPr>
            <w:tcW w:w="141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DAB1D9F" w14:textId="5029EEC4" w:rsidR="008024E9" w:rsidRPr="00F06F82" w:rsidRDefault="008024E9">
            <w:pPr>
              <w:spacing w:after="40" w:line="252" w:lineRule="auto"/>
            </w:pPr>
          </w:p>
        </w:tc>
        <w:tc>
          <w:tcPr>
            <w:tcW w:w="187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89C5001" w14:textId="77777777" w:rsidR="008024E9" w:rsidRPr="00F06F82" w:rsidRDefault="008024E9">
            <w:pPr>
              <w:spacing w:after="40" w:line="252" w:lineRule="auto"/>
            </w:pPr>
          </w:p>
        </w:tc>
        <w:tc>
          <w:tcPr>
            <w:tcW w:w="113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FB5F7C6" w14:textId="77777777" w:rsidR="008024E9" w:rsidRPr="00F06F82" w:rsidRDefault="008024E9">
            <w:pPr>
              <w:spacing w:after="40" w:line="252" w:lineRule="auto"/>
            </w:pPr>
          </w:p>
        </w:tc>
        <w:tc>
          <w:tcPr>
            <w:tcW w:w="153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2EF56B9" w14:textId="77777777" w:rsidR="008024E9" w:rsidRPr="00F06F82" w:rsidRDefault="008024E9">
            <w:pPr>
              <w:spacing w:after="40" w:line="252" w:lineRule="auto"/>
            </w:pPr>
          </w:p>
        </w:tc>
        <w:tc>
          <w:tcPr>
            <w:tcW w:w="130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2DED159" w14:textId="77777777" w:rsidR="008024E9" w:rsidRPr="00F06F82" w:rsidRDefault="008024E9">
            <w:pPr>
              <w:spacing w:after="40" w:line="252" w:lineRule="auto"/>
            </w:pPr>
          </w:p>
        </w:tc>
      </w:tr>
    </w:tbl>
    <w:p w14:paraId="205C2AF9" w14:textId="77777777" w:rsidR="004F6363" w:rsidRPr="00F06F82" w:rsidRDefault="0068709F">
      <w:pPr>
        <w:pStyle w:val="Ttulo1"/>
      </w:pPr>
      <w:r w:rsidRPr="00F06F82">
        <w:rPr>
          <w:rFonts w:ascii="Verdana" w:hAnsi="Verdana"/>
        </w:rPr>
        <w:t>IV. FORMULACIÓN DEL PROYECTO</w:t>
      </w:r>
    </w:p>
    <w:p w14:paraId="0AE958BF" w14:textId="77777777" w:rsidR="004F6363" w:rsidRPr="00F06F82" w:rsidRDefault="0068709F">
      <w:pPr>
        <w:pStyle w:val="Ttulo2"/>
      </w:pPr>
      <w:r w:rsidRPr="00F06F82">
        <w:rPr>
          <w:rFonts w:ascii="Verdana" w:hAnsi="Verdana"/>
        </w:rPr>
        <w:t>1. Problema, oportunidad y caso de uso</w:t>
      </w:r>
    </w:p>
    <w:p w14:paraId="34FE4A0A" w14:textId="77777777" w:rsidR="004F6363" w:rsidRPr="00F06F82" w:rsidRDefault="0068709F">
      <w:pPr>
        <w:pStyle w:val="FormInstruction"/>
        <w:rPr>
          <w:lang w:val="es-MX"/>
        </w:rPr>
      </w:pPr>
      <w:r w:rsidRPr="00F06F82">
        <w:rPr>
          <w:lang w:val="es-MX"/>
        </w:rPr>
        <w:t>Describa el problema técnico, productivo, agronómico o comercial; su impacto; usuario o proceso afectado; condiciones actuales; métricas base; y pertinencia para Martínez &amp; Valdivieso. Máximo 1 página.</w:t>
      </w:r>
    </w:p>
    <w:tbl>
      <w:tblPr>
        <w:tblW w:w="0" w:type="auto"/>
        <w:jc w:val="center"/>
        <w:tblLayout w:type="fixed"/>
        <w:tblLook w:val="04A0" w:firstRow="1" w:lastRow="0" w:firstColumn="1" w:lastColumn="0" w:noHBand="0" w:noVBand="1"/>
      </w:tblPr>
      <w:tblGrid>
        <w:gridCol w:w="10200"/>
      </w:tblGrid>
      <w:tr w:rsidR="004F6363" w:rsidRPr="00F06F82" w14:paraId="1D9EF099" w14:textId="77777777">
        <w:trPr>
          <w:cantSplit/>
          <w:tblHeader/>
          <w:jc w:val="center"/>
        </w:trPr>
        <w:tc>
          <w:tcPr>
            <w:tcW w:w="10200"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1A6B3362" w14:textId="77777777" w:rsidR="004F6363" w:rsidRPr="00F06F82" w:rsidRDefault="0068709F">
            <w:pPr>
              <w:spacing w:after="40" w:line="252" w:lineRule="auto"/>
            </w:pPr>
            <w:r w:rsidRPr="00F06F82">
              <w:rPr>
                <w:b/>
                <w:color w:val="17365D"/>
                <w:sz w:val="18"/>
              </w:rPr>
              <w:t>Respuesta</w:t>
            </w:r>
          </w:p>
        </w:tc>
      </w:tr>
      <w:tr w:rsidR="004F6363" w:rsidRPr="00F06F82" w14:paraId="6D451710" w14:textId="77777777">
        <w:trPr>
          <w:cantSplit/>
          <w:trHeight w:val="1814"/>
          <w:jc w:val="center"/>
        </w:trPr>
        <w:tc>
          <w:tcPr>
            <w:tcW w:w="1020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580E7AF" w14:textId="77777777" w:rsidR="004F6363" w:rsidRPr="00F06F82" w:rsidRDefault="004F6363">
            <w:pPr>
              <w:spacing w:after="40" w:line="252" w:lineRule="auto"/>
            </w:pPr>
          </w:p>
        </w:tc>
      </w:tr>
    </w:tbl>
    <w:p w14:paraId="0E92AFA3" w14:textId="77777777" w:rsidR="004F6363" w:rsidRPr="00F06F82" w:rsidRDefault="0068709F">
      <w:pPr>
        <w:pStyle w:val="Ttulo2"/>
      </w:pPr>
      <w:r w:rsidRPr="00F06F82">
        <w:rPr>
          <w:rFonts w:ascii="Verdana" w:hAnsi="Verdana"/>
        </w:rPr>
        <w:t>2. Solución propuesta y propuesta de valor</w:t>
      </w:r>
    </w:p>
    <w:p w14:paraId="2C68A634" w14:textId="77777777" w:rsidR="004F6363" w:rsidRPr="00F06F82" w:rsidRDefault="0068709F">
      <w:pPr>
        <w:pStyle w:val="FormInstruction"/>
        <w:rPr>
          <w:lang w:val="es-MX"/>
        </w:rPr>
      </w:pPr>
      <w:r w:rsidRPr="00F06F82">
        <w:rPr>
          <w:lang w:val="es-MX"/>
        </w:rPr>
        <w:t>Explique la tecnología, principio de funcionamiento, atributos diferenciales, componente innovador, beneficios esperados y forma en que responde al reto seleccionado. Máximo 1 página.</w:t>
      </w:r>
    </w:p>
    <w:tbl>
      <w:tblPr>
        <w:tblW w:w="0" w:type="auto"/>
        <w:jc w:val="center"/>
        <w:tblLayout w:type="fixed"/>
        <w:tblLook w:val="04A0" w:firstRow="1" w:lastRow="0" w:firstColumn="1" w:lastColumn="0" w:noHBand="0" w:noVBand="1"/>
      </w:tblPr>
      <w:tblGrid>
        <w:gridCol w:w="10200"/>
      </w:tblGrid>
      <w:tr w:rsidR="004F6363" w:rsidRPr="00F06F82" w14:paraId="7D3FDB86" w14:textId="77777777">
        <w:trPr>
          <w:cantSplit/>
          <w:tblHeader/>
          <w:jc w:val="center"/>
        </w:trPr>
        <w:tc>
          <w:tcPr>
            <w:tcW w:w="10200"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45BCF640" w14:textId="77777777" w:rsidR="004F6363" w:rsidRPr="00F06F82" w:rsidRDefault="0068709F">
            <w:pPr>
              <w:spacing w:after="40" w:line="252" w:lineRule="auto"/>
            </w:pPr>
            <w:r w:rsidRPr="00F06F82">
              <w:rPr>
                <w:b/>
                <w:color w:val="17365D"/>
                <w:sz w:val="18"/>
              </w:rPr>
              <w:t>Respuesta</w:t>
            </w:r>
          </w:p>
        </w:tc>
      </w:tr>
      <w:tr w:rsidR="004F6363" w:rsidRPr="00F06F82" w14:paraId="3FA3CAC8" w14:textId="77777777">
        <w:trPr>
          <w:cantSplit/>
          <w:trHeight w:val="1814"/>
          <w:jc w:val="center"/>
        </w:trPr>
        <w:tc>
          <w:tcPr>
            <w:tcW w:w="1020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5D5A190" w14:textId="77777777" w:rsidR="004F6363" w:rsidRPr="00F06F82" w:rsidRDefault="004F6363">
            <w:pPr>
              <w:spacing w:after="40" w:line="252" w:lineRule="auto"/>
            </w:pPr>
          </w:p>
        </w:tc>
      </w:tr>
    </w:tbl>
    <w:p w14:paraId="09A740B6" w14:textId="77777777" w:rsidR="004F6363" w:rsidRPr="00F06F82" w:rsidRDefault="0068709F">
      <w:pPr>
        <w:pStyle w:val="Ttulo2"/>
      </w:pPr>
      <w:r w:rsidRPr="00F06F82">
        <w:rPr>
          <w:rFonts w:ascii="Verdana" w:hAnsi="Verdana"/>
        </w:rPr>
        <w:t>3. Resultados previos y nivel de madurez tecnológica</w:t>
      </w:r>
    </w:p>
    <w:p w14:paraId="706A48BA" w14:textId="3719692B" w:rsidR="004F6363" w:rsidRPr="00F06F82" w:rsidRDefault="0068709F">
      <w:pPr>
        <w:pStyle w:val="FormInstruction"/>
        <w:rPr>
          <w:lang w:val="es-MX"/>
        </w:rPr>
      </w:pPr>
      <w:r w:rsidRPr="00F06F82">
        <w:rPr>
          <w:lang w:val="es-MX"/>
        </w:rPr>
        <w:t xml:space="preserve">Declare el TRL actual y describa pruebas, prototipos, publicaciones, ensayos, clientes, validaciones, certificaciones o datos que respaldan dicho nivel. Adjunte evidencia </w:t>
      </w:r>
      <w:r w:rsidR="00A54F75">
        <w:rPr>
          <w:lang w:val="es-MX"/>
        </w:rPr>
        <w:t>de los resultados</w:t>
      </w:r>
      <w:r w:rsidRPr="00F06F82">
        <w:rPr>
          <w:lang w:val="es-MX"/>
        </w:rPr>
        <w:t>.</w:t>
      </w:r>
    </w:p>
    <w:tbl>
      <w:tblPr>
        <w:tblW w:w="0" w:type="auto"/>
        <w:jc w:val="center"/>
        <w:tblLayout w:type="fixed"/>
        <w:tblLook w:val="04A0" w:firstRow="1" w:lastRow="0" w:firstColumn="1" w:lastColumn="0" w:noHBand="0" w:noVBand="1"/>
      </w:tblPr>
      <w:tblGrid>
        <w:gridCol w:w="2891"/>
        <w:gridCol w:w="6746"/>
      </w:tblGrid>
      <w:tr w:rsidR="004F6363" w:rsidRPr="00F06F82" w14:paraId="37BE6487" w14:textId="77777777">
        <w:trPr>
          <w:cantSplit/>
          <w:jc w:val="center"/>
        </w:trPr>
        <w:tc>
          <w:tcPr>
            <w:tcW w:w="289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3874F3C4" w14:textId="77777777" w:rsidR="004F6363" w:rsidRPr="00F06F82" w:rsidRDefault="0068709F">
            <w:pPr>
              <w:spacing w:after="40" w:line="252" w:lineRule="auto"/>
            </w:pPr>
            <w:r w:rsidRPr="00F06F82">
              <w:rPr>
                <w:b/>
                <w:sz w:val="17"/>
              </w:rPr>
              <w:t>TRL actual</w:t>
            </w:r>
          </w:p>
        </w:tc>
        <w:tc>
          <w:tcPr>
            <w:tcW w:w="674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9B88B21" w14:textId="77777777" w:rsidR="004F6363" w:rsidRPr="00F06F82" w:rsidRDefault="004F6363">
            <w:pPr>
              <w:spacing w:after="40" w:line="252" w:lineRule="auto"/>
            </w:pPr>
          </w:p>
        </w:tc>
      </w:tr>
      <w:tr w:rsidR="004F6363" w:rsidRPr="00F06F82" w14:paraId="7BE29B11" w14:textId="77777777">
        <w:trPr>
          <w:cantSplit/>
          <w:jc w:val="center"/>
        </w:trPr>
        <w:tc>
          <w:tcPr>
            <w:tcW w:w="289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1E236C7B" w14:textId="77777777" w:rsidR="004F6363" w:rsidRPr="00F06F82" w:rsidRDefault="0068709F">
            <w:pPr>
              <w:spacing w:after="40" w:line="252" w:lineRule="auto"/>
            </w:pPr>
            <w:r w:rsidRPr="00F06F82">
              <w:rPr>
                <w:b/>
                <w:sz w:val="17"/>
              </w:rPr>
              <w:t>Evidencia que respalda el TRL</w:t>
            </w:r>
          </w:p>
        </w:tc>
        <w:tc>
          <w:tcPr>
            <w:tcW w:w="674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0057191" w14:textId="77777777" w:rsidR="004F6363" w:rsidRPr="00F06F82" w:rsidRDefault="004F6363">
            <w:pPr>
              <w:spacing w:after="40" w:line="252" w:lineRule="auto"/>
            </w:pPr>
          </w:p>
        </w:tc>
      </w:tr>
      <w:tr w:rsidR="004F6363" w:rsidRPr="00F06F82" w14:paraId="03F291BF" w14:textId="77777777">
        <w:trPr>
          <w:cantSplit/>
          <w:jc w:val="center"/>
        </w:trPr>
        <w:tc>
          <w:tcPr>
            <w:tcW w:w="289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3F63E1BF" w14:textId="77777777" w:rsidR="004F6363" w:rsidRPr="00F06F82" w:rsidRDefault="0068709F">
            <w:pPr>
              <w:spacing w:after="40" w:line="252" w:lineRule="auto"/>
            </w:pPr>
            <w:r w:rsidRPr="00F06F82">
              <w:rPr>
                <w:b/>
                <w:sz w:val="17"/>
              </w:rPr>
              <w:t>Resultados cuantitativos disponibles</w:t>
            </w:r>
          </w:p>
        </w:tc>
        <w:tc>
          <w:tcPr>
            <w:tcW w:w="674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5D83EEA" w14:textId="77777777" w:rsidR="004F6363" w:rsidRPr="00F06F82" w:rsidRDefault="004F6363">
            <w:pPr>
              <w:spacing w:after="40" w:line="252" w:lineRule="auto"/>
            </w:pPr>
          </w:p>
        </w:tc>
      </w:tr>
      <w:tr w:rsidR="004F6363" w:rsidRPr="00F06F82" w14:paraId="055854A3" w14:textId="77777777">
        <w:trPr>
          <w:cantSplit/>
          <w:jc w:val="center"/>
        </w:trPr>
        <w:tc>
          <w:tcPr>
            <w:tcW w:w="289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0BCDEDE2" w14:textId="77777777" w:rsidR="004F6363" w:rsidRPr="00F06F82" w:rsidRDefault="0068709F">
            <w:pPr>
              <w:spacing w:after="40" w:line="252" w:lineRule="auto"/>
            </w:pPr>
            <w:r w:rsidRPr="00F06F82">
              <w:rPr>
                <w:b/>
                <w:sz w:val="17"/>
              </w:rPr>
              <w:t>Principales limitaciones o brechas</w:t>
            </w:r>
          </w:p>
        </w:tc>
        <w:tc>
          <w:tcPr>
            <w:tcW w:w="674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62BB1FE" w14:textId="77777777" w:rsidR="004F6363" w:rsidRPr="00F06F82" w:rsidRDefault="004F6363">
            <w:pPr>
              <w:spacing w:after="40" w:line="252" w:lineRule="auto"/>
            </w:pPr>
          </w:p>
        </w:tc>
      </w:tr>
      <w:tr w:rsidR="004F6363" w:rsidRPr="00F06F82" w14:paraId="2695D0F3" w14:textId="77777777">
        <w:trPr>
          <w:cantSplit/>
          <w:jc w:val="center"/>
        </w:trPr>
        <w:tc>
          <w:tcPr>
            <w:tcW w:w="289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28B3B254" w14:textId="77777777" w:rsidR="004F6363" w:rsidRPr="00F06F82" w:rsidRDefault="0068709F">
            <w:pPr>
              <w:spacing w:after="40" w:line="252" w:lineRule="auto"/>
            </w:pPr>
            <w:r w:rsidRPr="00F06F82">
              <w:rPr>
                <w:b/>
                <w:sz w:val="17"/>
              </w:rPr>
              <w:t>Documentos o anexos de respaldo</w:t>
            </w:r>
          </w:p>
        </w:tc>
        <w:tc>
          <w:tcPr>
            <w:tcW w:w="674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0CD1470" w14:textId="77777777" w:rsidR="004F6363" w:rsidRPr="00F06F82" w:rsidRDefault="004F6363">
            <w:pPr>
              <w:spacing w:after="40" w:line="252" w:lineRule="auto"/>
            </w:pPr>
          </w:p>
        </w:tc>
      </w:tr>
    </w:tbl>
    <w:p w14:paraId="5C7DBFF6" w14:textId="77777777" w:rsidR="004F6363" w:rsidRPr="00F06F82" w:rsidRDefault="0068709F">
      <w:pPr>
        <w:pStyle w:val="Ttulo2"/>
      </w:pPr>
      <w:r w:rsidRPr="00F06F82">
        <w:rPr>
          <w:rFonts w:ascii="Verdana" w:hAnsi="Verdana"/>
        </w:rPr>
        <w:t>4. Estado del arte, competencia y diferenciación</w:t>
      </w:r>
    </w:p>
    <w:p w14:paraId="5F3A175B" w14:textId="6C18A733" w:rsidR="004F6363" w:rsidRPr="00F06F82" w:rsidRDefault="0068709F">
      <w:pPr>
        <w:pStyle w:val="FormInstruction"/>
        <w:rPr>
          <w:lang w:val="es-MX"/>
        </w:rPr>
      </w:pPr>
      <w:r w:rsidRPr="00F06F82">
        <w:rPr>
          <w:lang w:val="es-MX"/>
        </w:rPr>
        <w:t xml:space="preserve">Indique el estado del arte científico, tecnológico, </w:t>
      </w:r>
      <w:r w:rsidR="00B04BEB">
        <w:rPr>
          <w:lang w:val="es-MX"/>
        </w:rPr>
        <w:t xml:space="preserve">patentes </w:t>
      </w:r>
      <w:r w:rsidRPr="00F06F82">
        <w:rPr>
          <w:lang w:val="es-MX"/>
        </w:rPr>
        <w:t xml:space="preserve">y comercial. Identifique soluciones competidoras o sustitutas y explique la ventaja tecnológica, económica, ambiental u operacional de la propuesta. Máximo </w:t>
      </w:r>
      <w:r w:rsidR="008024E9">
        <w:rPr>
          <w:lang w:val="es-MX"/>
        </w:rPr>
        <w:t>1</w:t>
      </w:r>
      <w:r w:rsidRPr="00F06F82">
        <w:rPr>
          <w:lang w:val="es-MX"/>
        </w:rPr>
        <w:t xml:space="preserve"> página.</w:t>
      </w:r>
    </w:p>
    <w:tbl>
      <w:tblPr>
        <w:tblW w:w="0" w:type="auto"/>
        <w:jc w:val="center"/>
        <w:tblLayout w:type="fixed"/>
        <w:tblLook w:val="04A0" w:firstRow="1" w:lastRow="0" w:firstColumn="1" w:lastColumn="0" w:noHBand="0" w:noVBand="1"/>
      </w:tblPr>
      <w:tblGrid>
        <w:gridCol w:w="10200"/>
      </w:tblGrid>
      <w:tr w:rsidR="004F6363" w:rsidRPr="00F06F82" w14:paraId="37E389A5" w14:textId="77777777">
        <w:trPr>
          <w:cantSplit/>
          <w:tblHeader/>
          <w:jc w:val="center"/>
        </w:trPr>
        <w:tc>
          <w:tcPr>
            <w:tcW w:w="10200"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529EF9D7" w14:textId="77777777" w:rsidR="004F6363" w:rsidRPr="00F06F82" w:rsidRDefault="0068709F">
            <w:pPr>
              <w:spacing w:after="40" w:line="252" w:lineRule="auto"/>
            </w:pPr>
            <w:r w:rsidRPr="00F06F82">
              <w:rPr>
                <w:b/>
                <w:color w:val="17365D"/>
                <w:sz w:val="18"/>
              </w:rPr>
              <w:t>Respuesta</w:t>
            </w:r>
          </w:p>
        </w:tc>
      </w:tr>
      <w:tr w:rsidR="004F6363" w:rsidRPr="00F06F82" w14:paraId="1C8F0EF3" w14:textId="77777777">
        <w:trPr>
          <w:cantSplit/>
          <w:trHeight w:val="2268"/>
          <w:jc w:val="center"/>
        </w:trPr>
        <w:tc>
          <w:tcPr>
            <w:tcW w:w="1020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A37FDEB" w14:textId="77777777" w:rsidR="004F6363" w:rsidRDefault="004F6363">
            <w:pPr>
              <w:spacing w:after="40" w:line="252" w:lineRule="auto"/>
            </w:pPr>
          </w:p>
          <w:p w14:paraId="2F0EA180" w14:textId="77777777" w:rsidR="008024E9" w:rsidRDefault="008024E9">
            <w:pPr>
              <w:spacing w:after="40" w:line="252" w:lineRule="auto"/>
            </w:pPr>
          </w:p>
          <w:p w14:paraId="1377611A" w14:textId="77777777" w:rsidR="008024E9" w:rsidRDefault="008024E9">
            <w:pPr>
              <w:spacing w:after="40" w:line="252" w:lineRule="auto"/>
            </w:pPr>
          </w:p>
          <w:p w14:paraId="32C05DA8" w14:textId="77777777" w:rsidR="008024E9" w:rsidRDefault="008024E9">
            <w:pPr>
              <w:spacing w:after="40" w:line="252" w:lineRule="auto"/>
            </w:pPr>
          </w:p>
          <w:p w14:paraId="5A33369C" w14:textId="77777777" w:rsidR="008024E9" w:rsidRDefault="008024E9">
            <w:pPr>
              <w:spacing w:after="40" w:line="252" w:lineRule="auto"/>
            </w:pPr>
          </w:p>
          <w:p w14:paraId="44D335EC" w14:textId="77777777" w:rsidR="008024E9" w:rsidRDefault="008024E9">
            <w:pPr>
              <w:spacing w:after="40" w:line="252" w:lineRule="auto"/>
            </w:pPr>
          </w:p>
          <w:p w14:paraId="284D5F7D" w14:textId="77777777" w:rsidR="008024E9" w:rsidRDefault="008024E9">
            <w:pPr>
              <w:spacing w:after="40" w:line="252" w:lineRule="auto"/>
            </w:pPr>
          </w:p>
          <w:p w14:paraId="4703C9CA" w14:textId="77777777" w:rsidR="008024E9" w:rsidRDefault="008024E9">
            <w:pPr>
              <w:spacing w:after="40" w:line="252" w:lineRule="auto"/>
            </w:pPr>
          </w:p>
          <w:p w14:paraId="6455B4C6" w14:textId="77777777" w:rsidR="008024E9" w:rsidRDefault="008024E9">
            <w:pPr>
              <w:spacing w:after="40" w:line="252" w:lineRule="auto"/>
            </w:pPr>
          </w:p>
          <w:p w14:paraId="2637D1D2" w14:textId="77777777" w:rsidR="008024E9" w:rsidRDefault="008024E9">
            <w:pPr>
              <w:spacing w:after="40" w:line="252" w:lineRule="auto"/>
            </w:pPr>
          </w:p>
          <w:p w14:paraId="2F243EEE" w14:textId="77777777" w:rsidR="008024E9" w:rsidRPr="00F06F82" w:rsidRDefault="008024E9">
            <w:pPr>
              <w:spacing w:after="40" w:line="252" w:lineRule="auto"/>
            </w:pPr>
          </w:p>
        </w:tc>
      </w:tr>
    </w:tbl>
    <w:p w14:paraId="373D35A1" w14:textId="26B49524" w:rsidR="004F6363" w:rsidRPr="00F06F82" w:rsidRDefault="0068709F">
      <w:pPr>
        <w:pStyle w:val="Ttulo2"/>
      </w:pPr>
      <w:r w:rsidRPr="00F06F82">
        <w:rPr>
          <w:rFonts w:ascii="Verdana" w:hAnsi="Verdana"/>
        </w:rPr>
        <w:t xml:space="preserve">5. </w:t>
      </w:r>
      <w:proofErr w:type="spellStart"/>
      <w:r w:rsidRPr="00F06F82">
        <w:rPr>
          <w:rFonts w:ascii="Verdana" w:hAnsi="Verdana"/>
        </w:rPr>
        <w:t>KPIs</w:t>
      </w:r>
      <w:proofErr w:type="spellEnd"/>
      <w:r w:rsidRPr="00F06F82">
        <w:rPr>
          <w:rFonts w:ascii="Verdana" w:hAnsi="Verdana"/>
        </w:rPr>
        <w:t xml:space="preserve"> e hito crítico</w:t>
      </w:r>
    </w:p>
    <w:p w14:paraId="423F218D" w14:textId="56791AA8" w:rsidR="004F6363" w:rsidRPr="00F06F82" w:rsidRDefault="0068709F">
      <w:pPr>
        <w:pStyle w:val="FormInstruction"/>
        <w:rPr>
          <w:lang w:val="es-MX"/>
        </w:rPr>
      </w:pPr>
      <w:r w:rsidRPr="00F06F82">
        <w:rPr>
          <w:lang w:val="es-MX"/>
        </w:rPr>
        <w:t>Formule indicadores de desempeño</w:t>
      </w:r>
      <w:r w:rsidR="00402DA2">
        <w:rPr>
          <w:lang w:val="es-MX"/>
        </w:rPr>
        <w:t xml:space="preserve"> (KPI)</w:t>
      </w:r>
      <w:r w:rsidRPr="00F06F82">
        <w:rPr>
          <w:lang w:val="es-MX"/>
        </w:rPr>
        <w:t xml:space="preserve">, línea base, meta, método de medición y criterio </w:t>
      </w:r>
      <w:proofErr w:type="spellStart"/>
      <w:r w:rsidRPr="00F06F82">
        <w:rPr>
          <w:lang w:val="es-MX"/>
        </w:rPr>
        <w:t>Go</w:t>
      </w:r>
      <w:proofErr w:type="spellEnd"/>
      <w:r w:rsidRPr="00F06F82">
        <w:rPr>
          <w:lang w:val="es-MX"/>
        </w:rPr>
        <w:t xml:space="preserve">/No </w:t>
      </w:r>
      <w:proofErr w:type="spellStart"/>
      <w:r w:rsidRPr="00F06F82">
        <w:rPr>
          <w:lang w:val="es-MX"/>
        </w:rPr>
        <w:t>Go</w:t>
      </w:r>
      <w:proofErr w:type="spellEnd"/>
      <w:r w:rsidRPr="00F06F82">
        <w:rPr>
          <w:lang w:val="es-MX"/>
        </w:rPr>
        <w:t xml:space="preserve">. </w:t>
      </w:r>
    </w:p>
    <w:tbl>
      <w:tblPr>
        <w:tblW w:w="10573" w:type="dxa"/>
        <w:jc w:val="center"/>
        <w:tblLayout w:type="fixed"/>
        <w:tblLook w:val="04A0" w:firstRow="1" w:lastRow="0" w:firstColumn="1" w:lastColumn="0" w:noHBand="0" w:noVBand="1"/>
      </w:tblPr>
      <w:tblGrid>
        <w:gridCol w:w="1814"/>
        <w:gridCol w:w="1457"/>
        <w:gridCol w:w="1457"/>
        <w:gridCol w:w="1457"/>
        <w:gridCol w:w="1474"/>
        <w:gridCol w:w="1457"/>
        <w:gridCol w:w="1457"/>
      </w:tblGrid>
      <w:tr w:rsidR="004F6363" w:rsidRPr="00F06F82" w14:paraId="048F39BF" w14:textId="77777777" w:rsidTr="008E5515">
        <w:trPr>
          <w:cantSplit/>
          <w:tblHeader/>
          <w:jc w:val="center"/>
        </w:trPr>
        <w:tc>
          <w:tcPr>
            <w:tcW w:w="1814"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0AF703AE" w14:textId="5BA0F3C9" w:rsidR="004F6363" w:rsidRPr="00F06F82" w:rsidRDefault="0068709F">
            <w:pPr>
              <w:spacing w:after="40" w:line="252" w:lineRule="auto"/>
            </w:pPr>
            <w:r w:rsidRPr="00F06F82">
              <w:rPr>
                <w:b/>
                <w:color w:val="17365D"/>
                <w:sz w:val="14"/>
              </w:rPr>
              <w:t>KPI</w:t>
            </w:r>
          </w:p>
        </w:tc>
        <w:tc>
          <w:tcPr>
            <w:tcW w:w="1457"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4154DB70" w14:textId="77777777" w:rsidR="004F6363" w:rsidRPr="00F06F82" w:rsidRDefault="0068709F">
            <w:pPr>
              <w:spacing w:after="40" w:line="252" w:lineRule="auto"/>
            </w:pPr>
            <w:r w:rsidRPr="00F06F82">
              <w:rPr>
                <w:b/>
                <w:color w:val="17365D"/>
                <w:sz w:val="14"/>
              </w:rPr>
              <w:t>Línea base</w:t>
            </w:r>
          </w:p>
        </w:tc>
        <w:tc>
          <w:tcPr>
            <w:tcW w:w="1457"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6F733E7D" w14:textId="77777777" w:rsidR="004F6363" w:rsidRPr="00F06F82" w:rsidRDefault="0068709F">
            <w:pPr>
              <w:spacing w:after="40" w:line="252" w:lineRule="auto"/>
            </w:pPr>
            <w:r w:rsidRPr="00F06F82">
              <w:rPr>
                <w:b/>
                <w:color w:val="17365D"/>
                <w:sz w:val="14"/>
              </w:rPr>
              <w:t>Meta</w:t>
            </w:r>
          </w:p>
        </w:tc>
        <w:tc>
          <w:tcPr>
            <w:tcW w:w="1457"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33312358" w14:textId="77777777" w:rsidR="004F6363" w:rsidRPr="00F06F82" w:rsidRDefault="0068709F">
            <w:pPr>
              <w:spacing w:after="40" w:line="252" w:lineRule="auto"/>
            </w:pPr>
            <w:r w:rsidRPr="00F06F82">
              <w:rPr>
                <w:b/>
                <w:color w:val="17365D"/>
                <w:sz w:val="14"/>
              </w:rPr>
              <w:t>Mes</w:t>
            </w:r>
          </w:p>
        </w:tc>
        <w:tc>
          <w:tcPr>
            <w:tcW w:w="1474"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7F25AA07" w14:textId="77777777" w:rsidR="004F6363" w:rsidRPr="00F06F82" w:rsidRDefault="0068709F">
            <w:pPr>
              <w:spacing w:after="40" w:line="252" w:lineRule="auto"/>
            </w:pPr>
            <w:r w:rsidRPr="00F06F82">
              <w:rPr>
                <w:b/>
                <w:color w:val="17365D"/>
                <w:sz w:val="14"/>
              </w:rPr>
              <w:t>Método de medición</w:t>
            </w:r>
          </w:p>
        </w:tc>
        <w:tc>
          <w:tcPr>
            <w:tcW w:w="1457"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62F8BE2F" w14:textId="77777777" w:rsidR="004F6363" w:rsidRPr="00F06F82" w:rsidRDefault="0068709F">
            <w:pPr>
              <w:spacing w:after="40" w:line="252" w:lineRule="auto"/>
            </w:pPr>
            <w:r w:rsidRPr="00F06F82">
              <w:rPr>
                <w:b/>
                <w:color w:val="17365D"/>
                <w:sz w:val="14"/>
              </w:rPr>
              <w:t>Medio de verificación</w:t>
            </w:r>
          </w:p>
        </w:tc>
        <w:tc>
          <w:tcPr>
            <w:tcW w:w="1457"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7BA503C9" w14:textId="77777777" w:rsidR="004F6363" w:rsidRPr="00F06F82" w:rsidRDefault="0068709F">
            <w:pPr>
              <w:spacing w:after="40" w:line="252" w:lineRule="auto"/>
            </w:pPr>
            <w:r w:rsidRPr="00F06F82">
              <w:rPr>
                <w:b/>
                <w:color w:val="17365D"/>
                <w:sz w:val="14"/>
              </w:rPr>
              <w:t xml:space="preserve">Criterio </w:t>
            </w:r>
            <w:proofErr w:type="spellStart"/>
            <w:r w:rsidRPr="00F06F82">
              <w:rPr>
                <w:b/>
                <w:color w:val="17365D"/>
                <w:sz w:val="14"/>
              </w:rPr>
              <w:t>Go</w:t>
            </w:r>
            <w:proofErr w:type="spellEnd"/>
            <w:r w:rsidRPr="00F06F82">
              <w:rPr>
                <w:b/>
                <w:color w:val="17365D"/>
                <w:sz w:val="14"/>
              </w:rPr>
              <w:t>/No Go</w:t>
            </w:r>
          </w:p>
        </w:tc>
      </w:tr>
      <w:tr w:rsidR="004F6363" w:rsidRPr="00F06F82" w14:paraId="787E37DA" w14:textId="77777777" w:rsidTr="008E5515">
        <w:trPr>
          <w:cantSplit/>
          <w:jc w:val="center"/>
        </w:trPr>
        <w:tc>
          <w:tcPr>
            <w:tcW w:w="181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5A71474"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5C8653A"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3E06007"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1D0AD0E" w14:textId="77777777" w:rsidR="004F6363" w:rsidRPr="00F06F82" w:rsidRDefault="004F6363">
            <w:pPr>
              <w:spacing w:after="40" w:line="252" w:lineRule="auto"/>
            </w:pPr>
          </w:p>
        </w:tc>
        <w:tc>
          <w:tcPr>
            <w:tcW w:w="147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D8BDAFC"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95CDAC7"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A41C70D" w14:textId="77777777" w:rsidR="004F6363" w:rsidRPr="00F06F82" w:rsidRDefault="004F6363">
            <w:pPr>
              <w:spacing w:after="40" w:line="252" w:lineRule="auto"/>
            </w:pPr>
          </w:p>
        </w:tc>
      </w:tr>
      <w:tr w:rsidR="004F6363" w:rsidRPr="00F06F82" w14:paraId="3D16C8F3" w14:textId="77777777" w:rsidTr="008E5515">
        <w:trPr>
          <w:cantSplit/>
          <w:jc w:val="center"/>
        </w:trPr>
        <w:tc>
          <w:tcPr>
            <w:tcW w:w="181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D31A93F"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536A3E4"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C3A18AC"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BD17D31" w14:textId="77777777" w:rsidR="004F6363" w:rsidRPr="00F06F82" w:rsidRDefault="004F6363">
            <w:pPr>
              <w:spacing w:after="40" w:line="252" w:lineRule="auto"/>
            </w:pPr>
          </w:p>
        </w:tc>
        <w:tc>
          <w:tcPr>
            <w:tcW w:w="147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EBC7A44"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FAB8F1F"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39E5B07" w14:textId="77777777" w:rsidR="004F6363" w:rsidRPr="00F06F82" w:rsidRDefault="004F6363">
            <w:pPr>
              <w:spacing w:after="40" w:line="252" w:lineRule="auto"/>
            </w:pPr>
          </w:p>
        </w:tc>
      </w:tr>
      <w:tr w:rsidR="004F6363" w:rsidRPr="00F06F82" w14:paraId="64ADE2D5" w14:textId="77777777" w:rsidTr="008E5515">
        <w:trPr>
          <w:cantSplit/>
          <w:jc w:val="center"/>
        </w:trPr>
        <w:tc>
          <w:tcPr>
            <w:tcW w:w="181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E27EEF7"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D0747A8"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B54CE46"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F7A2FE3" w14:textId="77777777" w:rsidR="004F6363" w:rsidRPr="00F06F82" w:rsidRDefault="004F6363">
            <w:pPr>
              <w:spacing w:after="40" w:line="252" w:lineRule="auto"/>
            </w:pPr>
          </w:p>
        </w:tc>
        <w:tc>
          <w:tcPr>
            <w:tcW w:w="147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D8C1D36"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349834C"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63EDCEA" w14:textId="77777777" w:rsidR="004F6363" w:rsidRPr="00F06F82" w:rsidRDefault="004F6363">
            <w:pPr>
              <w:spacing w:after="40" w:line="252" w:lineRule="auto"/>
            </w:pPr>
          </w:p>
        </w:tc>
      </w:tr>
      <w:tr w:rsidR="004F6363" w:rsidRPr="00F06F82" w14:paraId="7B02CD48" w14:textId="77777777" w:rsidTr="008E5515">
        <w:trPr>
          <w:cantSplit/>
          <w:jc w:val="center"/>
        </w:trPr>
        <w:tc>
          <w:tcPr>
            <w:tcW w:w="181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DE3FFE2"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EDC80A2"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C3F8052"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B2AAFD8" w14:textId="77777777" w:rsidR="004F6363" w:rsidRPr="00F06F82" w:rsidRDefault="004F6363">
            <w:pPr>
              <w:spacing w:after="40" w:line="252" w:lineRule="auto"/>
            </w:pPr>
          </w:p>
        </w:tc>
        <w:tc>
          <w:tcPr>
            <w:tcW w:w="147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FA8B414"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6114F77" w14:textId="77777777" w:rsidR="004F6363" w:rsidRPr="00F06F82" w:rsidRDefault="004F6363">
            <w:pPr>
              <w:spacing w:after="40" w:line="252" w:lineRule="auto"/>
            </w:pPr>
          </w:p>
        </w:tc>
        <w:tc>
          <w:tcPr>
            <w:tcW w:w="1457"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12246CB" w14:textId="77777777" w:rsidR="004F6363" w:rsidRPr="00F06F82" w:rsidRDefault="004F6363">
            <w:pPr>
              <w:spacing w:after="40" w:line="252" w:lineRule="auto"/>
            </w:pPr>
          </w:p>
        </w:tc>
      </w:tr>
    </w:tbl>
    <w:p w14:paraId="7D259675" w14:textId="6135D93E" w:rsidR="008E5515" w:rsidRPr="008E5515" w:rsidRDefault="008E5515">
      <w:pPr>
        <w:pStyle w:val="Ttulo2"/>
        <w:rPr>
          <w:rFonts w:ascii="Verdana" w:hAnsi="Verdana"/>
          <w:b w:val="0"/>
          <w:bCs w:val="0"/>
          <w:color w:val="000000" w:themeColor="text1"/>
        </w:rPr>
      </w:pPr>
      <w:r w:rsidRPr="008E5515">
        <w:rPr>
          <w:b w:val="0"/>
          <w:bCs w:val="0"/>
          <w:color w:val="000000" w:themeColor="text1"/>
        </w:rPr>
        <w:t>Defina el hito crítico intermedio, el cual condicionará la continuidad y entrega de la segunda cuota.</w:t>
      </w:r>
    </w:p>
    <w:tbl>
      <w:tblPr>
        <w:tblW w:w="0" w:type="auto"/>
        <w:jc w:val="center"/>
        <w:tblLayout w:type="fixed"/>
        <w:tblLook w:val="04A0" w:firstRow="1" w:lastRow="0" w:firstColumn="1" w:lastColumn="0" w:noHBand="0" w:noVBand="1"/>
      </w:tblPr>
      <w:tblGrid>
        <w:gridCol w:w="3402"/>
        <w:gridCol w:w="6236"/>
      </w:tblGrid>
      <w:tr w:rsidR="008E5515" w:rsidRPr="00F06F82" w14:paraId="052B6533" w14:textId="77777777" w:rsidTr="00913284">
        <w:trPr>
          <w:cantSplit/>
          <w:jc w:val="center"/>
        </w:trPr>
        <w:tc>
          <w:tcPr>
            <w:tcW w:w="3402"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264BA6DB" w14:textId="77777777" w:rsidR="008E5515" w:rsidRPr="00F06F82" w:rsidRDefault="008E5515" w:rsidP="00913284">
            <w:pPr>
              <w:spacing w:after="40" w:line="252" w:lineRule="auto"/>
            </w:pPr>
            <w:r w:rsidRPr="00F06F82">
              <w:rPr>
                <w:b/>
                <w:sz w:val="17"/>
              </w:rPr>
              <w:t>Mes de evaluación del hito crítico</w:t>
            </w:r>
          </w:p>
        </w:tc>
        <w:tc>
          <w:tcPr>
            <w:tcW w:w="623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F4CECF6" w14:textId="77777777" w:rsidR="008E5515" w:rsidRPr="00F06F82" w:rsidRDefault="008E5515" w:rsidP="00913284">
            <w:pPr>
              <w:spacing w:after="40" w:line="252" w:lineRule="auto"/>
            </w:pPr>
          </w:p>
        </w:tc>
      </w:tr>
      <w:tr w:rsidR="008E5515" w:rsidRPr="00F06F82" w14:paraId="69F84DDE" w14:textId="77777777" w:rsidTr="00913284">
        <w:trPr>
          <w:cantSplit/>
          <w:jc w:val="center"/>
        </w:trPr>
        <w:tc>
          <w:tcPr>
            <w:tcW w:w="3402"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6CD6021B" w14:textId="77777777" w:rsidR="008E5515" w:rsidRPr="00F06F82" w:rsidRDefault="008E5515" w:rsidP="00913284">
            <w:pPr>
              <w:spacing w:after="40" w:line="252" w:lineRule="auto"/>
            </w:pPr>
            <w:r w:rsidRPr="00F06F82">
              <w:rPr>
                <w:b/>
                <w:sz w:val="17"/>
              </w:rPr>
              <w:t>Condición técnica mínima para continuidad</w:t>
            </w:r>
          </w:p>
        </w:tc>
        <w:tc>
          <w:tcPr>
            <w:tcW w:w="623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91BC8EE" w14:textId="77777777" w:rsidR="008E5515" w:rsidRPr="00F06F82" w:rsidRDefault="008E5515" w:rsidP="00913284">
            <w:pPr>
              <w:spacing w:after="40" w:line="252" w:lineRule="auto"/>
            </w:pPr>
          </w:p>
        </w:tc>
      </w:tr>
      <w:tr w:rsidR="008E5515" w:rsidRPr="00F06F82" w14:paraId="2FA59C05" w14:textId="77777777" w:rsidTr="00913284">
        <w:trPr>
          <w:cantSplit/>
          <w:jc w:val="center"/>
        </w:trPr>
        <w:tc>
          <w:tcPr>
            <w:tcW w:w="3402"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75D01DB4" w14:textId="77777777" w:rsidR="008E5515" w:rsidRPr="00F06F82" w:rsidRDefault="008E5515" w:rsidP="00913284">
            <w:pPr>
              <w:spacing w:after="40" w:line="252" w:lineRule="auto"/>
            </w:pPr>
            <w:proofErr w:type="spellStart"/>
            <w:r w:rsidRPr="00F06F82">
              <w:rPr>
                <w:b/>
                <w:sz w:val="17"/>
              </w:rPr>
              <w:t>KPIs</w:t>
            </w:r>
            <w:proofErr w:type="spellEnd"/>
            <w:r w:rsidRPr="00F06F82">
              <w:rPr>
                <w:b/>
                <w:sz w:val="17"/>
              </w:rPr>
              <w:t xml:space="preserve"> y metas exigidas</w:t>
            </w:r>
          </w:p>
        </w:tc>
        <w:tc>
          <w:tcPr>
            <w:tcW w:w="623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C107D59" w14:textId="77777777" w:rsidR="008E5515" w:rsidRPr="00F06F82" w:rsidRDefault="008E5515" w:rsidP="00913284">
            <w:pPr>
              <w:spacing w:after="40" w:line="252" w:lineRule="auto"/>
            </w:pPr>
          </w:p>
        </w:tc>
      </w:tr>
      <w:tr w:rsidR="008E5515" w:rsidRPr="00F06F82" w14:paraId="70AB813D" w14:textId="77777777" w:rsidTr="00913284">
        <w:trPr>
          <w:cantSplit/>
          <w:jc w:val="center"/>
        </w:trPr>
        <w:tc>
          <w:tcPr>
            <w:tcW w:w="3402"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7F5F39BD" w14:textId="77777777" w:rsidR="008E5515" w:rsidRPr="00F06F82" w:rsidRDefault="008E5515" w:rsidP="00913284">
            <w:pPr>
              <w:spacing w:after="40" w:line="252" w:lineRule="auto"/>
            </w:pPr>
            <w:r w:rsidRPr="00F06F82">
              <w:rPr>
                <w:b/>
                <w:sz w:val="17"/>
              </w:rPr>
              <w:t>Evidencia requerida</w:t>
            </w:r>
          </w:p>
        </w:tc>
        <w:tc>
          <w:tcPr>
            <w:tcW w:w="623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3370445" w14:textId="77777777" w:rsidR="008E5515" w:rsidRPr="00F06F82" w:rsidRDefault="008E5515" w:rsidP="00913284">
            <w:pPr>
              <w:spacing w:after="40" w:line="252" w:lineRule="auto"/>
            </w:pPr>
          </w:p>
        </w:tc>
      </w:tr>
    </w:tbl>
    <w:p w14:paraId="5C717A81" w14:textId="77777777" w:rsidR="008E5515" w:rsidRPr="008E5515" w:rsidRDefault="008E5515" w:rsidP="008E5515"/>
    <w:p w14:paraId="4A578A57" w14:textId="3961BD29" w:rsidR="004F6363" w:rsidRPr="00F06F82" w:rsidRDefault="008024E9">
      <w:pPr>
        <w:pStyle w:val="Ttulo2"/>
      </w:pPr>
      <w:r>
        <w:rPr>
          <w:rFonts w:ascii="Verdana" w:hAnsi="Verdana"/>
        </w:rPr>
        <w:t>6</w:t>
      </w:r>
      <w:r w:rsidR="0068709F" w:rsidRPr="00F06F82">
        <w:rPr>
          <w:rFonts w:ascii="Verdana" w:hAnsi="Verdana"/>
        </w:rPr>
        <w:t xml:space="preserve">. </w:t>
      </w:r>
      <w:r>
        <w:rPr>
          <w:rFonts w:ascii="Verdana" w:hAnsi="Verdana"/>
        </w:rPr>
        <w:t>P</w:t>
      </w:r>
      <w:r w:rsidR="0068709F" w:rsidRPr="00F06F82">
        <w:rPr>
          <w:rFonts w:ascii="Verdana" w:hAnsi="Verdana"/>
        </w:rPr>
        <w:t>lan de trabajo</w:t>
      </w:r>
    </w:p>
    <w:tbl>
      <w:tblPr>
        <w:tblW w:w="0" w:type="auto"/>
        <w:jc w:val="center"/>
        <w:tblLayout w:type="fixed"/>
        <w:tblLook w:val="04A0" w:firstRow="1" w:lastRow="0" w:firstColumn="1" w:lastColumn="0" w:noHBand="0" w:noVBand="1"/>
      </w:tblPr>
      <w:tblGrid>
        <w:gridCol w:w="850"/>
        <w:gridCol w:w="2721"/>
        <w:gridCol w:w="1393"/>
        <w:gridCol w:w="1985"/>
      </w:tblGrid>
      <w:tr w:rsidR="008024E9" w:rsidRPr="00F06F82" w14:paraId="487E4601" w14:textId="77777777" w:rsidTr="008024E9">
        <w:trPr>
          <w:cantSplit/>
          <w:tblHeader/>
          <w:jc w:val="center"/>
        </w:trPr>
        <w:tc>
          <w:tcPr>
            <w:tcW w:w="850"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1B630FF0" w14:textId="77777777" w:rsidR="008024E9" w:rsidRPr="00F06F82" w:rsidRDefault="008024E9">
            <w:pPr>
              <w:spacing w:after="40" w:line="252" w:lineRule="auto"/>
            </w:pPr>
            <w:r w:rsidRPr="00F06F82">
              <w:rPr>
                <w:b/>
                <w:color w:val="17365D"/>
                <w:sz w:val="15"/>
              </w:rPr>
              <w:t>Hito</w:t>
            </w:r>
          </w:p>
        </w:tc>
        <w:tc>
          <w:tcPr>
            <w:tcW w:w="272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426725FB" w14:textId="77777777" w:rsidR="008024E9" w:rsidRPr="00F06F82" w:rsidRDefault="008024E9">
            <w:pPr>
              <w:spacing w:after="40" w:line="252" w:lineRule="auto"/>
            </w:pPr>
            <w:r w:rsidRPr="00F06F82">
              <w:rPr>
                <w:b/>
                <w:color w:val="17365D"/>
                <w:sz w:val="15"/>
              </w:rPr>
              <w:t>Actividad</w:t>
            </w:r>
          </w:p>
        </w:tc>
        <w:tc>
          <w:tcPr>
            <w:tcW w:w="1393"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5E0F4336" w14:textId="77777777" w:rsidR="008024E9" w:rsidRPr="00F06F82" w:rsidRDefault="008024E9">
            <w:pPr>
              <w:spacing w:after="40" w:line="252" w:lineRule="auto"/>
            </w:pPr>
            <w:r w:rsidRPr="00F06F82">
              <w:rPr>
                <w:b/>
                <w:color w:val="17365D"/>
                <w:sz w:val="15"/>
              </w:rPr>
              <w:t>Mes</w:t>
            </w:r>
          </w:p>
        </w:tc>
        <w:tc>
          <w:tcPr>
            <w:tcW w:w="1985"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0A92666E" w14:textId="77777777" w:rsidR="008024E9" w:rsidRPr="00F06F82" w:rsidRDefault="008024E9">
            <w:pPr>
              <w:spacing w:after="40" w:line="252" w:lineRule="auto"/>
            </w:pPr>
            <w:r w:rsidRPr="00F06F82">
              <w:rPr>
                <w:b/>
                <w:color w:val="17365D"/>
                <w:sz w:val="15"/>
              </w:rPr>
              <w:t>Entregable</w:t>
            </w:r>
          </w:p>
        </w:tc>
      </w:tr>
      <w:tr w:rsidR="008024E9" w:rsidRPr="00F06F82" w14:paraId="3BC7ABF8" w14:textId="77777777" w:rsidTr="008024E9">
        <w:trPr>
          <w:cantSplit/>
          <w:jc w:val="center"/>
        </w:trPr>
        <w:tc>
          <w:tcPr>
            <w:tcW w:w="85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F505EFE" w14:textId="77777777" w:rsidR="008024E9" w:rsidRPr="00F06F82" w:rsidRDefault="008024E9">
            <w:pPr>
              <w:spacing w:after="40" w:line="252" w:lineRule="auto"/>
            </w:pPr>
            <w:r w:rsidRPr="00F06F82">
              <w:rPr>
                <w:sz w:val="15"/>
              </w:rPr>
              <w:t>H1</w:t>
            </w:r>
          </w:p>
        </w:tc>
        <w:tc>
          <w:tcPr>
            <w:tcW w:w="272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9590CD1" w14:textId="77777777" w:rsidR="008024E9" w:rsidRPr="00F06F82" w:rsidRDefault="008024E9">
            <w:pPr>
              <w:spacing w:after="40" w:line="252" w:lineRule="auto"/>
            </w:pPr>
          </w:p>
        </w:tc>
        <w:tc>
          <w:tcPr>
            <w:tcW w:w="139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0306974" w14:textId="77777777" w:rsidR="008024E9" w:rsidRPr="00F06F82" w:rsidRDefault="008024E9">
            <w:pPr>
              <w:spacing w:after="40" w:line="252" w:lineRule="auto"/>
            </w:pPr>
          </w:p>
        </w:tc>
        <w:tc>
          <w:tcPr>
            <w:tcW w:w="1985"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C4A6B3F" w14:textId="77777777" w:rsidR="008024E9" w:rsidRPr="00F06F82" w:rsidRDefault="008024E9">
            <w:pPr>
              <w:spacing w:after="40" w:line="252" w:lineRule="auto"/>
            </w:pPr>
          </w:p>
        </w:tc>
      </w:tr>
      <w:tr w:rsidR="008024E9" w:rsidRPr="00F06F82" w14:paraId="02A62733" w14:textId="77777777" w:rsidTr="008024E9">
        <w:trPr>
          <w:cantSplit/>
          <w:jc w:val="center"/>
        </w:trPr>
        <w:tc>
          <w:tcPr>
            <w:tcW w:w="85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61D246E" w14:textId="77777777" w:rsidR="008024E9" w:rsidRPr="00F06F82" w:rsidRDefault="008024E9">
            <w:pPr>
              <w:spacing w:after="40" w:line="252" w:lineRule="auto"/>
            </w:pPr>
            <w:r w:rsidRPr="00F06F82">
              <w:rPr>
                <w:sz w:val="15"/>
              </w:rPr>
              <w:t>H2</w:t>
            </w:r>
          </w:p>
        </w:tc>
        <w:tc>
          <w:tcPr>
            <w:tcW w:w="272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70B79E9" w14:textId="77777777" w:rsidR="008024E9" w:rsidRPr="00F06F82" w:rsidRDefault="008024E9">
            <w:pPr>
              <w:spacing w:after="40" w:line="252" w:lineRule="auto"/>
            </w:pPr>
          </w:p>
        </w:tc>
        <w:tc>
          <w:tcPr>
            <w:tcW w:w="139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902A611" w14:textId="77777777" w:rsidR="008024E9" w:rsidRPr="00F06F82" w:rsidRDefault="008024E9">
            <w:pPr>
              <w:spacing w:after="40" w:line="252" w:lineRule="auto"/>
            </w:pPr>
          </w:p>
        </w:tc>
        <w:tc>
          <w:tcPr>
            <w:tcW w:w="1985"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5A9A421" w14:textId="77777777" w:rsidR="008024E9" w:rsidRPr="00F06F82" w:rsidRDefault="008024E9">
            <w:pPr>
              <w:spacing w:after="40" w:line="252" w:lineRule="auto"/>
            </w:pPr>
          </w:p>
        </w:tc>
      </w:tr>
      <w:tr w:rsidR="008024E9" w:rsidRPr="00F06F82" w14:paraId="78E68C1F" w14:textId="77777777" w:rsidTr="008024E9">
        <w:trPr>
          <w:cantSplit/>
          <w:jc w:val="center"/>
        </w:trPr>
        <w:tc>
          <w:tcPr>
            <w:tcW w:w="85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B3A74B1" w14:textId="77777777" w:rsidR="008024E9" w:rsidRPr="00F06F82" w:rsidRDefault="008024E9">
            <w:pPr>
              <w:spacing w:after="40" w:line="252" w:lineRule="auto"/>
            </w:pPr>
            <w:r w:rsidRPr="00F06F82">
              <w:rPr>
                <w:sz w:val="15"/>
              </w:rPr>
              <w:t>H3</w:t>
            </w:r>
          </w:p>
        </w:tc>
        <w:tc>
          <w:tcPr>
            <w:tcW w:w="272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C9B87BD" w14:textId="77777777" w:rsidR="008024E9" w:rsidRPr="00F06F82" w:rsidRDefault="008024E9">
            <w:pPr>
              <w:spacing w:after="40" w:line="252" w:lineRule="auto"/>
            </w:pPr>
          </w:p>
        </w:tc>
        <w:tc>
          <w:tcPr>
            <w:tcW w:w="139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8003430" w14:textId="77777777" w:rsidR="008024E9" w:rsidRPr="00F06F82" w:rsidRDefault="008024E9">
            <w:pPr>
              <w:spacing w:after="40" w:line="252" w:lineRule="auto"/>
            </w:pPr>
          </w:p>
        </w:tc>
        <w:tc>
          <w:tcPr>
            <w:tcW w:w="1985"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ADEF678" w14:textId="77777777" w:rsidR="008024E9" w:rsidRPr="00F06F82" w:rsidRDefault="008024E9">
            <w:pPr>
              <w:spacing w:after="40" w:line="252" w:lineRule="auto"/>
            </w:pPr>
          </w:p>
        </w:tc>
      </w:tr>
      <w:tr w:rsidR="008024E9" w:rsidRPr="00F06F82" w14:paraId="19C50010" w14:textId="77777777" w:rsidTr="008024E9">
        <w:trPr>
          <w:cantSplit/>
          <w:jc w:val="center"/>
        </w:trPr>
        <w:tc>
          <w:tcPr>
            <w:tcW w:w="85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F9A7374" w14:textId="77777777" w:rsidR="008024E9" w:rsidRPr="00F06F82" w:rsidRDefault="008024E9">
            <w:pPr>
              <w:spacing w:after="40" w:line="252" w:lineRule="auto"/>
            </w:pPr>
            <w:r w:rsidRPr="00F06F82">
              <w:rPr>
                <w:sz w:val="15"/>
              </w:rPr>
              <w:t>H4</w:t>
            </w:r>
          </w:p>
        </w:tc>
        <w:tc>
          <w:tcPr>
            <w:tcW w:w="272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34BFC17" w14:textId="77777777" w:rsidR="008024E9" w:rsidRPr="00F06F82" w:rsidRDefault="008024E9">
            <w:pPr>
              <w:spacing w:after="40" w:line="252" w:lineRule="auto"/>
            </w:pPr>
          </w:p>
        </w:tc>
        <w:tc>
          <w:tcPr>
            <w:tcW w:w="139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9AD2502" w14:textId="77777777" w:rsidR="008024E9" w:rsidRPr="00F06F82" w:rsidRDefault="008024E9">
            <w:pPr>
              <w:spacing w:after="40" w:line="252" w:lineRule="auto"/>
            </w:pPr>
          </w:p>
        </w:tc>
        <w:tc>
          <w:tcPr>
            <w:tcW w:w="1985"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2718FD8" w14:textId="77777777" w:rsidR="008024E9" w:rsidRPr="00F06F82" w:rsidRDefault="008024E9">
            <w:pPr>
              <w:spacing w:after="40" w:line="252" w:lineRule="auto"/>
            </w:pPr>
          </w:p>
        </w:tc>
      </w:tr>
      <w:tr w:rsidR="008024E9" w:rsidRPr="00F06F82" w14:paraId="46782032" w14:textId="77777777" w:rsidTr="008024E9">
        <w:trPr>
          <w:cantSplit/>
          <w:jc w:val="center"/>
        </w:trPr>
        <w:tc>
          <w:tcPr>
            <w:tcW w:w="85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5A0146B" w14:textId="77777777" w:rsidR="008024E9" w:rsidRPr="00F06F82" w:rsidRDefault="008024E9">
            <w:pPr>
              <w:spacing w:after="40" w:line="252" w:lineRule="auto"/>
            </w:pPr>
            <w:r w:rsidRPr="00F06F82">
              <w:rPr>
                <w:sz w:val="15"/>
              </w:rPr>
              <w:t>H5</w:t>
            </w:r>
          </w:p>
        </w:tc>
        <w:tc>
          <w:tcPr>
            <w:tcW w:w="272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93C25F6" w14:textId="77777777" w:rsidR="008024E9" w:rsidRPr="00F06F82" w:rsidRDefault="008024E9">
            <w:pPr>
              <w:spacing w:after="40" w:line="252" w:lineRule="auto"/>
            </w:pPr>
          </w:p>
        </w:tc>
        <w:tc>
          <w:tcPr>
            <w:tcW w:w="139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FAD2CDD" w14:textId="77777777" w:rsidR="008024E9" w:rsidRPr="00F06F82" w:rsidRDefault="008024E9">
            <w:pPr>
              <w:spacing w:after="40" w:line="252" w:lineRule="auto"/>
            </w:pPr>
          </w:p>
        </w:tc>
        <w:tc>
          <w:tcPr>
            <w:tcW w:w="1985"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19F0B33" w14:textId="77777777" w:rsidR="008024E9" w:rsidRPr="00F06F82" w:rsidRDefault="008024E9">
            <w:pPr>
              <w:spacing w:after="40" w:line="252" w:lineRule="auto"/>
            </w:pPr>
          </w:p>
        </w:tc>
      </w:tr>
      <w:tr w:rsidR="008024E9" w:rsidRPr="00F06F82" w14:paraId="2BDD7087" w14:textId="77777777" w:rsidTr="008024E9">
        <w:trPr>
          <w:cantSplit/>
          <w:jc w:val="center"/>
        </w:trPr>
        <w:tc>
          <w:tcPr>
            <w:tcW w:w="85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977E892" w14:textId="77777777" w:rsidR="008024E9" w:rsidRPr="00F06F82" w:rsidRDefault="008024E9">
            <w:pPr>
              <w:spacing w:after="40" w:line="252" w:lineRule="auto"/>
            </w:pPr>
            <w:r w:rsidRPr="00F06F82">
              <w:rPr>
                <w:sz w:val="15"/>
              </w:rPr>
              <w:t>H6</w:t>
            </w:r>
          </w:p>
        </w:tc>
        <w:tc>
          <w:tcPr>
            <w:tcW w:w="272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821EAAD" w14:textId="77777777" w:rsidR="008024E9" w:rsidRPr="00F06F82" w:rsidRDefault="008024E9">
            <w:pPr>
              <w:spacing w:after="40" w:line="252" w:lineRule="auto"/>
            </w:pPr>
          </w:p>
        </w:tc>
        <w:tc>
          <w:tcPr>
            <w:tcW w:w="139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CB051DA" w14:textId="77777777" w:rsidR="008024E9" w:rsidRPr="00F06F82" w:rsidRDefault="008024E9">
            <w:pPr>
              <w:spacing w:after="40" w:line="252" w:lineRule="auto"/>
            </w:pPr>
          </w:p>
        </w:tc>
        <w:tc>
          <w:tcPr>
            <w:tcW w:w="1985"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340E080" w14:textId="77777777" w:rsidR="008024E9" w:rsidRPr="00F06F82" w:rsidRDefault="008024E9">
            <w:pPr>
              <w:spacing w:after="40" w:line="252" w:lineRule="auto"/>
            </w:pPr>
          </w:p>
        </w:tc>
      </w:tr>
      <w:tr w:rsidR="008024E9" w:rsidRPr="00F06F82" w14:paraId="5BC3F3D3" w14:textId="77777777" w:rsidTr="008024E9">
        <w:trPr>
          <w:cantSplit/>
          <w:jc w:val="center"/>
        </w:trPr>
        <w:tc>
          <w:tcPr>
            <w:tcW w:w="850"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932AE54" w14:textId="77777777" w:rsidR="008024E9" w:rsidRPr="00F06F82" w:rsidRDefault="008024E9">
            <w:pPr>
              <w:spacing w:after="40" w:line="252" w:lineRule="auto"/>
            </w:pPr>
            <w:r w:rsidRPr="00F06F82">
              <w:rPr>
                <w:sz w:val="15"/>
              </w:rPr>
              <w:t>H7</w:t>
            </w:r>
          </w:p>
        </w:tc>
        <w:tc>
          <w:tcPr>
            <w:tcW w:w="272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856AAB3" w14:textId="77777777" w:rsidR="008024E9" w:rsidRPr="00F06F82" w:rsidRDefault="008024E9">
            <w:pPr>
              <w:spacing w:after="40" w:line="252" w:lineRule="auto"/>
            </w:pPr>
          </w:p>
        </w:tc>
        <w:tc>
          <w:tcPr>
            <w:tcW w:w="139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B8756FC" w14:textId="77777777" w:rsidR="008024E9" w:rsidRPr="00F06F82" w:rsidRDefault="008024E9">
            <w:pPr>
              <w:spacing w:after="40" w:line="252" w:lineRule="auto"/>
            </w:pPr>
          </w:p>
        </w:tc>
        <w:tc>
          <w:tcPr>
            <w:tcW w:w="1985"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220BF23" w14:textId="77777777" w:rsidR="008024E9" w:rsidRPr="00F06F82" w:rsidRDefault="008024E9">
            <w:pPr>
              <w:spacing w:after="40" w:line="252" w:lineRule="auto"/>
            </w:pPr>
          </w:p>
        </w:tc>
      </w:tr>
    </w:tbl>
    <w:p w14:paraId="076DC018" w14:textId="77777777" w:rsidR="004F6363" w:rsidRPr="00F06F82" w:rsidRDefault="0068709F">
      <w:pPr>
        <w:pStyle w:val="Ttulo1"/>
        <w:pageBreakBefore/>
      </w:pPr>
      <w:r w:rsidRPr="00F06F82">
        <w:rPr>
          <w:rFonts w:ascii="Verdana" w:hAnsi="Verdana"/>
        </w:rPr>
        <w:t>V. ANTECEDENTES FINANCIEROS</w:t>
      </w:r>
    </w:p>
    <w:p w14:paraId="186F156A" w14:textId="47D325CE" w:rsidR="004F6363" w:rsidRPr="00F06F82" w:rsidRDefault="0068709F">
      <w:pPr>
        <w:pStyle w:val="FormInstruction"/>
        <w:rPr>
          <w:lang w:val="es-MX"/>
        </w:rPr>
      </w:pPr>
      <w:r w:rsidRPr="00F06F82">
        <w:rPr>
          <w:lang w:val="es-MX"/>
        </w:rPr>
        <w:t>El financiamiento máximo será de hasta $</w:t>
      </w:r>
      <w:r w:rsidR="00BC183B">
        <w:rPr>
          <w:lang w:val="es-MX"/>
        </w:rPr>
        <w:t>10.000</w:t>
      </w:r>
      <w:r w:rsidRPr="00F06F82">
        <w:rPr>
          <w:lang w:val="es-MX"/>
        </w:rPr>
        <w:t xml:space="preserve">.000 por proyecto, sujeto al alcance y presupuesto aprobado. Los recursos se entregarán en formato no </w:t>
      </w:r>
      <w:proofErr w:type="spellStart"/>
      <w:r w:rsidRPr="00F06F82">
        <w:rPr>
          <w:lang w:val="es-MX"/>
        </w:rPr>
        <w:t>rendible</w:t>
      </w:r>
      <w:proofErr w:type="spellEnd"/>
      <w:r w:rsidRPr="00F06F82">
        <w:rPr>
          <w:lang w:val="es-MX"/>
        </w:rPr>
        <w:t xml:space="preserve"> y en dos cuotas. La segunda cuota quedará condicionada a la aprobación del informe técnico intermedio y del hito crítico.</w:t>
      </w:r>
    </w:p>
    <w:tbl>
      <w:tblPr>
        <w:tblW w:w="0" w:type="auto"/>
        <w:jc w:val="center"/>
        <w:tblLayout w:type="fixed"/>
        <w:tblLook w:val="04A0" w:firstRow="1" w:lastRow="0" w:firstColumn="1" w:lastColumn="0" w:noHBand="0" w:noVBand="1"/>
      </w:tblPr>
      <w:tblGrid>
        <w:gridCol w:w="1531"/>
        <w:gridCol w:w="3004"/>
        <w:gridCol w:w="1361"/>
      </w:tblGrid>
      <w:tr w:rsidR="008024E9" w:rsidRPr="00F06F82" w14:paraId="4B57B10C" w14:textId="77777777" w:rsidTr="00793E09">
        <w:trPr>
          <w:cantSplit/>
          <w:tblHeader/>
          <w:jc w:val="center"/>
        </w:trPr>
        <w:tc>
          <w:tcPr>
            <w:tcW w:w="153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78953BED" w14:textId="77777777" w:rsidR="008024E9" w:rsidRPr="00F06F82" w:rsidRDefault="008024E9">
            <w:pPr>
              <w:spacing w:after="40" w:line="252" w:lineRule="auto"/>
            </w:pPr>
            <w:r w:rsidRPr="00F06F82">
              <w:rPr>
                <w:b/>
                <w:color w:val="17365D"/>
                <w:sz w:val="14"/>
              </w:rPr>
              <w:t>Ítem</w:t>
            </w:r>
          </w:p>
        </w:tc>
        <w:tc>
          <w:tcPr>
            <w:tcW w:w="3004"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1028EAB0" w14:textId="77777777" w:rsidR="008024E9" w:rsidRPr="00F06F82" w:rsidRDefault="008024E9">
            <w:pPr>
              <w:spacing w:after="40" w:line="252" w:lineRule="auto"/>
            </w:pPr>
            <w:r w:rsidRPr="00F06F82">
              <w:rPr>
                <w:b/>
                <w:color w:val="17365D"/>
                <w:sz w:val="14"/>
              </w:rPr>
              <w:t>Detalle</w:t>
            </w:r>
          </w:p>
        </w:tc>
        <w:tc>
          <w:tcPr>
            <w:tcW w:w="136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0CC01185" w14:textId="77777777" w:rsidR="008024E9" w:rsidRPr="00F06F82" w:rsidRDefault="008024E9">
            <w:pPr>
              <w:spacing w:after="40" w:line="252" w:lineRule="auto"/>
            </w:pPr>
            <w:r w:rsidRPr="00F06F82">
              <w:rPr>
                <w:b/>
                <w:color w:val="17365D"/>
                <w:sz w:val="14"/>
              </w:rPr>
              <w:t>Monto solicitado</w:t>
            </w:r>
          </w:p>
        </w:tc>
      </w:tr>
      <w:tr w:rsidR="008024E9" w:rsidRPr="00F06F82" w14:paraId="60D17C8A" w14:textId="77777777" w:rsidTr="00793E09">
        <w:trPr>
          <w:cantSplit/>
          <w:jc w:val="center"/>
        </w:trPr>
        <w:tc>
          <w:tcPr>
            <w:tcW w:w="153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E300900" w14:textId="77777777" w:rsidR="008024E9" w:rsidRPr="00F06F82" w:rsidRDefault="008024E9">
            <w:pPr>
              <w:spacing w:after="40" w:line="252" w:lineRule="auto"/>
            </w:pPr>
            <w:r w:rsidRPr="00F06F82">
              <w:rPr>
                <w:sz w:val="14"/>
              </w:rPr>
              <w:t>Personal técnico</w:t>
            </w:r>
          </w:p>
        </w:tc>
        <w:tc>
          <w:tcPr>
            <w:tcW w:w="300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3D63792" w14:textId="77777777" w:rsidR="008024E9" w:rsidRPr="00F06F82" w:rsidRDefault="008024E9">
            <w:pPr>
              <w:spacing w:after="40" w:line="252" w:lineRule="auto"/>
            </w:pPr>
          </w:p>
        </w:tc>
        <w:tc>
          <w:tcPr>
            <w:tcW w:w="13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C1E852D" w14:textId="77777777" w:rsidR="008024E9" w:rsidRPr="00F06F82" w:rsidRDefault="008024E9">
            <w:pPr>
              <w:spacing w:after="40" w:line="252" w:lineRule="auto"/>
            </w:pPr>
          </w:p>
        </w:tc>
      </w:tr>
      <w:tr w:rsidR="008024E9" w:rsidRPr="00F06F82" w14:paraId="158D5BBC" w14:textId="77777777" w:rsidTr="00793E09">
        <w:trPr>
          <w:cantSplit/>
          <w:jc w:val="center"/>
        </w:trPr>
        <w:tc>
          <w:tcPr>
            <w:tcW w:w="153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FA3B131" w14:textId="77777777" w:rsidR="008024E9" w:rsidRPr="00F06F82" w:rsidRDefault="008024E9">
            <w:pPr>
              <w:spacing w:after="40" w:line="252" w:lineRule="auto"/>
            </w:pPr>
            <w:r w:rsidRPr="00F06F82">
              <w:rPr>
                <w:sz w:val="14"/>
              </w:rPr>
              <w:t>Insumos y reactivos</w:t>
            </w:r>
          </w:p>
        </w:tc>
        <w:tc>
          <w:tcPr>
            <w:tcW w:w="300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5D196B2" w14:textId="77777777" w:rsidR="008024E9" w:rsidRPr="00F06F82" w:rsidRDefault="008024E9">
            <w:pPr>
              <w:spacing w:after="40" w:line="252" w:lineRule="auto"/>
            </w:pPr>
          </w:p>
        </w:tc>
        <w:tc>
          <w:tcPr>
            <w:tcW w:w="13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48EE1BC" w14:textId="77777777" w:rsidR="008024E9" w:rsidRPr="00F06F82" w:rsidRDefault="008024E9">
            <w:pPr>
              <w:spacing w:after="40" w:line="252" w:lineRule="auto"/>
            </w:pPr>
          </w:p>
        </w:tc>
      </w:tr>
      <w:tr w:rsidR="008024E9" w:rsidRPr="00F06F82" w14:paraId="2183EFE8" w14:textId="77777777" w:rsidTr="00793E09">
        <w:trPr>
          <w:cantSplit/>
          <w:jc w:val="center"/>
        </w:trPr>
        <w:tc>
          <w:tcPr>
            <w:tcW w:w="153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B04F7FD" w14:textId="77777777" w:rsidR="008024E9" w:rsidRPr="00F06F82" w:rsidRDefault="008024E9">
            <w:pPr>
              <w:spacing w:after="40" w:line="252" w:lineRule="auto"/>
            </w:pPr>
            <w:r w:rsidRPr="00F06F82">
              <w:rPr>
                <w:sz w:val="14"/>
              </w:rPr>
              <w:t>Servicios técnicos/ensayos</w:t>
            </w:r>
          </w:p>
        </w:tc>
        <w:tc>
          <w:tcPr>
            <w:tcW w:w="300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8AA83B2" w14:textId="77777777" w:rsidR="008024E9" w:rsidRPr="00F06F82" w:rsidRDefault="008024E9">
            <w:pPr>
              <w:spacing w:after="40" w:line="252" w:lineRule="auto"/>
            </w:pPr>
          </w:p>
        </w:tc>
        <w:tc>
          <w:tcPr>
            <w:tcW w:w="13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08B14F7" w14:textId="77777777" w:rsidR="008024E9" w:rsidRPr="00F06F82" w:rsidRDefault="008024E9">
            <w:pPr>
              <w:spacing w:after="40" w:line="252" w:lineRule="auto"/>
            </w:pPr>
          </w:p>
        </w:tc>
      </w:tr>
      <w:tr w:rsidR="008024E9" w:rsidRPr="00F06F82" w14:paraId="0435067E" w14:textId="77777777" w:rsidTr="00793E09">
        <w:trPr>
          <w:cantSplit/>
          <w:jc w:val="center"/>
        </w:trPr>
        <w:tc>
          <w:tcPr>
            <w:tcW w:w="153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D975326" w14:textId="77777777" w:rsidR="008024E9" w:rsidRPr="00F06F82" w:rsidRDefault="008024E9">
            <w:pPr>
              <w:spacing w:after="40" w:line="252" w:lineRule="auto"/>
            </w:pPr>
            <w:r w:rsidRPr="00F06F82">
              <w:rPr>
                <w:sz w:val="14"/>
              </w:rPr>
              <w:t>Prototipado/adaptación</w:t>
            </w:r>
          </w:p>
        </w:tc>
        <w:tc>
          <w:tcPr>
            <w:tcW w:w="300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15DB7AB" w14:textId="77777777" w:rsidR="008024E9" w:rsidRPr="00F06F82" w:rsidRDefault="008024E9">
            <w:pPr>
              <w:spacing w:after="40" w:line="252" w:lineRule="auto"/>
            </w:pPr>
          </w:p>
        </w:tc>
        <w:tc>
          <w:tcPr>
            <w:tcW w:w="13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35BCCF3" w14:textId="77777777" w:rsidR="008024E9" w:rsidRPr="00F06F82" w:rsidRDefault="008024E9">
            <w:pPr>
              <w:spacing w:after="40" w:line="252" w:lineRule="auto"/>
            </w:pPr>
          </w:p>
        </w:tc>
      </w:tr>
      <w:tr w:rsidR="008024E9" w:rsidRPr="00F06F82" w14:paraId="31E8498E" w14:textId="77777777" w:rsidTr="00793E09">
        <w:trPr>
          <w:cantSplit/>
          <w:jc w:val="center"/>
        </w:trPr>
        <w:tc>
          <w:tcPr>
            <w:tcW w:w="153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146D4B6" w14:textId="77777777" w:rsidR="008024E9" w:rsidRPr="00F06F82" w:rsidRDefault="008024E9">
            <w:pPr>
              <w:spacing w:after="40" w:line="252" w:lineRule="auto"/>
            </w:pPr>
            <w:r w:rsidRPr="00F06F82">
              <w:rPr>
                <w:sz w:val="14"/>
              </w:rPr>
              <w:t>Software/hardware menor</w:t>
            </w:r>
          </w:p>
        </w:tc>
        <w:tc>
          <w:tcPr>
            <w:tcW w:w="300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55B01CB" w14:textId="77777777" w:rsidR="008024E9" w:rsidRPr="00F06F82" w:rsidRDefault="008024E9">
            <w:pPr>
              <w:spacing w:after="40" w:line="252" w:lineRule="auto"/>
            </w:pPr>
          </w:p>
        </w:tc>
        <w:tc>
          <w:tcPr>
            <w:tcW w:w="13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F607AA6" w14:textId="77777777" w:rsidR="008024E9" w:rsidRPr="00F06F82" w:rsidRDefault="008024E9">
            <w:pPr>
              <w:spacing w:after="40" w:line="252" w:lineRule="auto"/>
            </w:pPr>
          </w:p>
        </w:tc>
      </w:tr>
      <w:tr w:rsidR="008024E9" w:rsidRPr="00F06F82" w14:paraId="2ABAABCA" w14:textId="77777777" w:rsidTr="00793E09">
        <w:trPr>
          <w:cantSplit/>
          <w:jc w:val="center"/>
        </w:trPr>
        <w:tc>
          <w:tcPr>
            <w:tcW w:w="153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75AA022" w14:textId="77777777" w:rsidR="008024E9" w:rsidRPr="00F06F82" w:rsidRDefault="008024E9">
            <w:pPr>
              <w:spacing w:after="40" w:line="252" w:lineRule="auto"/>
            </w:pPr>
            <w:r w:rsidRPr="00F06F82">
              <w:rPr>
                <w:sz w:val="14"/>
              </w:rPr>
              <w:t>Validación en terreno</w:t>
            </w:r>
          </w:p>
        </w:tc>
        <w:tc>
          <w:tcPr>
            <w:tcW w:w="300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ABE0022" w14:textId="77777777" w:rsidR="008024E9" w:rsidRPr="00F06F82" w:rsidRDefault="008024E9">
            <w:pPr>
              <w:spacing w:after="40" w:line="252" w:lineRule="auto"/>
            </w:pPr>
          </w:p>
        </w:tc>
        <w:tc>
          <w:tcPr>
            <w:tcW w:w="13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617F2A4" w14:textId="77777777" w:rsidR="008024E9" w:rsidRPr="00F06F82" w:rsidRDefault="008024E9">
            <w:pPr>
              <w:spacing w:after="40" w:line="252" w:lineRule="auto"/>
            </w:pPr>
          </w:p>
        </w:tc>
      </w:tr>
      <w:tr w:rsidR="008024E9" w:rsidRPr="00F06F82" w14:paraId="6A67B522" w14:textId="77777777" w:rsidTr="00793E09">
        <w:trPr>
          <w:cantSplit/>
          <w:jc w:val="center"/>
        </w:trPr>
        <w:tc>
          <w:tcPr>
            <w:tcW w:w="153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65D23B2" w14:textId="77777777" w:rsidR="008024E9" w:rsidRPr="00F06F82" w:rsidRDefault="008024E9">
            <w:pPr>
              <w:spacing w:after="40" w:line="252" w:lineRule="auto"/>
            </w:pPr>
            <w:r w:rsidRPr="00F06F82">
              <w:rPr>
                <w:sz w:val="14"/>
              </w:rPr>
              <w:t>PI/regulación/modelo de negocio</w:t>
            </w:r>
          </w:p>
        </w:tc>
        <w:tc>
          <w:tcPr>
            <w:tcW w:w="300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E2F5029" w14:textId="77777777" w:rsidR="008024E9" w:rsidRPr="00F06F82" w:rsidRDefault="008024E9">
            <w:pPr>
              <w:spacing w:after="40" w:line="252" w:lineRule="auto"/>
            </w:pPr>
          </w:p>
        </w:tc>
        <w:tc>
          <w:tcPr>
            <w:tcW w:w="13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8230F56" w14:textId="77777777" w:rsidR="008024E9" w:rsidRPr="00F06F82" w:rsidRDefault="008024E9">
            <w:pPr>
              <w:spacing w:after="40" w:line="252" w:lineRule="auto"/>
            </w:pPr>
          </w:p>
        </w:tc>
      </w:tr>
      <w:tr w:rsidR="008024E9" w:rsidRPr="00F06F82" w14:paraId="1E717338" w14:textId="77777777" w:rsidTr="00793E09">
        <w:trPr>
          <w:cantSplit/>
          <w:jc w:val="center"/>
        </w:trPr>
        <w:tc>
          <w:tcPr>
            <w:tcW w:w="153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79CC061" w14:textId="77777777" w:rsidR="008024E9" w:rsidRPr="00F06F82" w:rsidRDefault="008024E9">
            <w:pPr>
              <w:spacing w:after="40" w:line="252" w:lineRule="auto"/>
            </w:pPr>
            <w:r w:rsidRPr="00F06F82">
              <w:rPr>
                <w:sz w:val="14"/>
              </w:rPr>
              <w:t>Traslados indispensables</w:t>
            </w:r>
          </w:p>
        </w:tc>
        <w:tc>
          <w:tcPr>
            <w:tcW w:w="300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38D19B6" w14:textId="77777777" w:rsidR="008024E9" w:rsidRPr="00F06F82" w:rsidRDefault="008024E9">
            <w:pPr>
              <w:spacing w:after="40" w:line="252" w:lineRule="auto"/>
            </w:pPr>
          </w:p>
        </w:tc>
        <w:tc>
          <w:tcPr>
            <w:tcW w:w="13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720381B" w14:textId="77777777" w:rsidR="008024E9" w:rsidRPr="00F06F82" w:rsidRDefault="008024E9">
            <w:pPr>
              <w:spacing w:after="40" w:line="252" w:lineRule="auto"/>
            </w:pPr>
          </w:p>
        </w:tc>
      </w:tr>
      <w:tr w:rsidR="008024E9" w:rsidRPr="00F06F82" w14:paraId="55DA7D28" w14:textId="77777777" w:rsidTr="00793E09">
        <w:trPr>
          <w:cantSplit/>
          <w:jc w:val="center"/>
        </w:trPr>
        <w:tc>
          <w:tcPr>
            <w:tcW w:w="153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15DE1E5" w14:textId="77777777" w:rsidR="008024E9" w:rsidRPr="00F06F82" w:rsidRDefault="008024E9">
            <w:pPr>
              <w:spacing w:after="40" w:line="252" w:lineRule="auto"/>
            </w:pPr>
            <w:r w:rsidRPr="00F06F82">
              <w:rPr>
                <w:sz w:val="14"/>
              </w:rPr>
              <w:t>Otros gastos directos</w:t>
            </w:r>
          </w:p>
        </w:tc>
        <w:tc>
          <w:tcPr>
            <w:tcW w:w="300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9AFCAAA" w14:textId="77777777" w:rsidR="008024E9" w:rsidRPr="00F06F82" w:rsidRDefault="008024E9">
            <w:pPr>
              <w:spacing w:after="40" w:line="252" w:lineRule="auto"/>
            </w:pPr>
          </w:p>
        </w:tc>
        <w:tc>
          <w:tcPr>
            <w:tcW w:w="13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7FE7F47" w14:textId="77777777" w:rsidR="008024E9" w:rsidRPr="00F06F82" w:rsidRDefault="008024E9">
            <w:pPr>
              <w:spacing w:after="40" w:line="252" w:lineRule="auto"/>
            </w:pPr>
          </w:p>
        </w:tc>
      </w:tr>
      <w:tr w:rsidR="008024E9" w:rsidRPr="00F06F82" w14:paraId="37FED5FF" w14:textId="77777777" w:rsidTr="00793E09">
        <w:trPr>
          <w:gridAfter w:val="1"/>
          <w:wAfter w:w="1361" w:type="dxa"/>
          <w:cantSplit/>
          <w:jc w:val="center"/>
        </w:trPr>
        <w:tc>
          <w:tcPr>
            <w:tcW w:w="4535" w:type="dxa"/>
            <w:gridSpan w:val="2"/>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3A003FB9" w14:textId="77777777" w:rsidR="008024E9" w:rsidRPr="00F06F82" w:rsidRDefault="008024E9">
            <w:pPr>
              <w:spacing w:after="40" w:line="252" w:lineRule="auto"/>
            </w:pPr>
            <w:proofErr w:type="gramStart"/>
            <w:r w:rsidRPr="00F06F82">
              <w:rPr>
                <w:b/>
                <w:sz w:val="18"/>
              </w:rPr>
              <w:t>TOTAL</w:t>
            </w:r>
            <w:proofErr w:type="gramEnd"/>
            <w:r w:rsidRPr="00F06F82">
              <w:rPr>
                <w:b/>
                <w:sz w:val="18"/>
              </w:rPr>
              <w:t xml:space="preserve"> SOLICITADO</w:t>
            </w:r>
          </w:p>
        </w:tc>
      </w:tr>
    </w:tbl>
    <w:p w14:paraId="46646423" w14:textId="77777777" w:rsidR="004F6363" w:rsidRPr="00F06F82" w:rsidRDefault="0068709F">
      <w:r w:rsidRPr="00F06F82">
        <w:br w:type="page"/>
      </w:r>
    </w:p>
    <w:p w14:paraId="45265D1F" w14:textId="5C002AFA" w:rsidR="004F6363" w:rsidRPr="00F06F82" w:rsidRDefault="0068709F" w:rsidP="00592CC4">
      <w:pPr>
        <w:pStyle w:val="AnnexTitle"/>
      </w:pPr>
      <w:r w:rsidRPr="00F06F82">
        <w:rPr>
          <w:lang w:val="es-MX"/>
        </w:rPr>
        <w:t>ANEXO N°2</w:t>
      </w:r>
    </w:p>
    <w:p w14:paraId="6BCF4F4B" w14:textId="1892CB27" w:rsidR="004F6363" w:rsidRPr="00F06F82" w:rsidRDefault="0068709F">
      <w:pPr>
        <w:pStyle w:val="AnnexTitle"/>
        <w:rPr>
          <w:lang w:val="es-MX"/>
        </w:rPr>
      </w:pPr>
      <w:r w:rsidRPr="00F06F82">
        <w:rPr>
          <w:lang w:val="es-MX"/>
        </w:rPr>
        <w:t xml:space="preserve">DECLARACIÓN DE PROPIEDAD INTELECTUAL, CONFIDENCIALIDAD Y </w:t>
      </w:r>
      <w:proofErr w:type="gramStart"/>
      <w:r w:rsidRPr="00F06F82">
        <w:rPr>
          <w:lang w:val="es-MX"/>
        </w:rPr>
        <w:t>ANTECEDENTES PREVIOS</w:t>
      </w:r>
      <w:proofErr w:type="gramEnd"/>
    </w:p>
    <w:p w14:paraId="0B21D2B5" w14:textId="05C9EF34" w:rsidR="004F6363" w:rsidRPr="00F06F82" w:rsidRDefault="0068709F">
      <w:pPr>
        <w:jc w:val="both"/>
      </w:pPr>
      <w:r w:rsidRPr="00F06F82">
        <w:t>El</w:t>
      </w:r>
      <w:r w:rsidR="00592CC4">
        <w:t>/la directora/a</w:t>
      </w:r>
      <w:r w:rsidRPr="00F06F82">
        <w:t xml:space="preserve"> o líder responsable y la </w:t>
      </w:r>
      <w:r w:rsidR="00592CC4">
        <w:t>E</w:t>
      </w:r>
      <w:r w:rsidRPr="00F06F82">
        <w:t xml:space="preserve">ntidad </w:t>
      </w:r>
      <w:r w:rsidR="00592CC4">
        <w:t>P</w:t>
      </w:r>
      <w:r w:rsidRPr="00F06F82">
        <w:t>ostulante declaran que la información proporcionada es veraz y completa. La omisión de incompatibilidades, derechos de terceros, restricciones contractuales o financiamientos podrá ser causal de inadmisibilidad o término anticipado.</w:t>
      </w:r>
    </w:p>
    <w:tbl>
      <w:tblPr>
        <w:tblW w:w="10349" w:type="dxa"/>
        <w:jc w:val="center"/>
        <w:tblLayout w:type="fixed"/>
        <w:tblLook w:val="04A0" w:firstRow="1" w:lastRow="0" w:firstColumn="1" w:lastColumn="0" w:noHBand="0" w:noVBand="1"/>
      </w:tblPr>
      <w:tblGrid>
        <w:gridCol w:w="6096"/>
        <w:gridCol w:w="1555"/>
        <w:gridCol w:w="2698"/>
      </w:tblGrid>
      <w:tr w:rsidR="004F6363" w:rsidRPr="00F06F82" w14:paraId="2DD28480" w14:textId="77777777" w:rsidTr="006914F7">
        <w:trPr>
          <w:cantSplit/>
          <w:tblHeader/>
          <w:jc w:val="center"/>
        </w:trPr>
        <w:tc>
          <w:tcPr>
            <w:tcW w:w="6096"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2B9D10F1" w14:textId="77777777" w:rsidR="004F6363" w:rsidRPr="00F06F82" w:rsidRDefault="0068709F">
            <w:pPr>
              <w:spacing w:after="40" w:line="252" w:lineRule="auto"/>
            </w:pPr>
            <w:r w:rsidRPr="00F06F82">
              <w:rPr>
                <w:rFonts w:ascii="Arial" w:hAnsi="Arial"/>
                <w:b/>
                <w:color w:val="2C6C42"/>
                <w:sz w:val="14"/>
              </w:rPr>
              <w:t>Declaración</w:t>
            </w:r>
          </w:p>
        </w:tc>
        <w:tc>
          <w:tcPr>
            <w:tcW w:w="1555"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439FC751" w14:textId="77777777" w:rsidR="004F6363" w:rsidRPr="00F06F82" w:rsidRDefault="0068709F">
            <w:pPr>
              <w:spacing w:after="40" w:line="252" w:lineRule="auto"/>
            </w:pPr>
            <w:r w:rsidRPr="00F06F82">
              <w:rPr>
                <w:rFonts w:ascii="Arial" w:hAnsi="Arial"/>
                <w:b/>
                <w:color w:val="2C6C42"/>
                <w:sz w:val="14"/>
              </w:rPr>
              <w:t>Marcar</w:t>
            </w:r>
          </w:p>
        </w:tc>
        <w:tc>
          <w:tcPr>
            <w:tcW w:w="2698"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63AE3921" w14:textId="5544D9D1" w:rsidR="004F6363" w:rsidRPr="00F06F82" w:rsidRDefault="008024E9">
            <w:pPr>
              <w:spacing w:after="40" w:line="252" w:lineRule="auto"/>
            </w:pPr>
            <w:r>
              <w:rPr>
                <w:rFonts w:ascii="Arial" w:hAnsi="Arial"/>
                <w:b/>
                <w:color w:val="2C6C42"/>
                <w:sz w:val="14"/>
              </w:rPr>
              <w:t>Antecedentes</w:t>
            </w:r>
          </w:p>
        </w:tc>
      </w:tr>
      <w:tr w:rsidR="004F6363" w:rsidRPr="00F06F82" w14:paraId="6E15360C" w14:textId="77777777" w:rsidTr="006914F7">
        <w:trPr>
          <w:cantSplit/>
          <w:jc w:val="center"/>
        </w:trPr>
        <w:tc>
          <w:tcPr>
            <w:tcW w:w="609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674EA03" w14:textId="1F064C92" w:rsidR="004F6363" w:rsidRPr="00F06F82" w:rsidRDefault="008024E9">
            <w:pPr>
              <w:spacing w:after="40" w:line="252" w:lineRule="auto"/>
            </w:pPr>
            <w:r>
              <w:rPr>
                <w:rFonts w:ascii="Arial" w:hAnsi="Arial"/>
                <w:sz w:val="14"/>
              </w:rPr>
              <w:t>Se cuenta con</w:t>
            </w:r>
            <w:r w:rsidR="0068709F" w:rsidRPr="00F06F82">
              <w:rPr>
                <w:rFonts w:ascii="Arial" w:hAnsi="Arial"/>
                <w:sz w:val="14"/>
              </w:rPr>
              <w:t xml:space="preserve"> patentes, solicitudes, software, datos, marcas, diseños, derechos de autor, know-how y secretos empresariales asociados.</w:t>
            </w:r>
          </w:p>
        </w:tc>
        <w:tc>
          <w:tcPr>
            <w:tcW w:w="1555"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E422857" w14:textId="77777777" w:rsidR="004F6363" w:rsidRPr="00F06F82" w:rsidRDefault="0068709F">
            <w:pPr>
              <w:spacing w:after="40" w:line="252" w:lineRule="auto"/>
            </w:pPr>
            <w:r w:rsidRPr="00F06F82">
              <w:rPr>
                <w:rFonts w:ascii="Arial" w:hAnsi="Arial"/>
                <w:sz w:val="14"/>
              </w:rPr>
              <w:t xml:space="preserve">☐ </w:t>
            </w:r>
            <w:proofErr w:type="gramStart"/>
            <w:r w:rsidRPr="00F06F82">
              <w:rPr>
                <w:rFonts w:ascii="Arial" w:hAnsi="Arial"/>
                <w:sz w:val="14"/>
              </w:rPr>
              <w:t>Sí  ☐</w:t>
            </w:r>
            <w:proofErr w:type="gramEnd"/>
            <w:r w:rsidRPr="00F06F82">
              <w:rPr>
                <w:rFonts w:ascii="Arial" w:hAnsi="Arial"/>
                <w:sz w:val="14"/>
              </w:rPr>
              <w:t xml:space="preserve"> No</w:t>
            </w:r>
          </w:p>
        </w:tc>
        <w:tc>
          <w:tcPr>
            <w:tcW w:w="2698"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B1274BC" w14:textId="77777777" w:rsidR="004F6363" w:rsidRPr="00F06F82" w:rsidRDefault="004F6363">
            <w:pPr>
              <w:spacing w:after="40" w:line="252" w:lineRule="auto"/>
            </w:pPr>
          </w:p>
        </w:tc>
      </w:tr>
      <w:tr w:rsidR="004F6363" w:rsidRPr="00F06F82" w14:paraId="2D9BF7D6" w14:textId="77777777" w:rsidTr="006914F7">
        <w:trPr>
          <w:cantSplit/>
          <w:jc w:val="center"/>
        </w:trPr>
        <w:tc>
          <w:tcPr>
            <w:tcW w:w="609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EC75DD3" w14:textId="0759D5BB" w:rsidR="004F6363" w:rsidRPr="00F06F82" w:rsidRDefault="0068709F">
            <w:pPr>
              <w:spacing w:after="40" w:line="252" w:lineRule="auto"/>
            </w:pPr>
            <w:r w:rsidRPr="00F06F82">
              <w:rPr>
                <w:rFonts w:ascii="Arial" w:hAnsi="Arial"/>
                <w:sz w:val="14"/>
              </w:rPr>
              <w:t xml:space="preserve">Se </w:t>
            </w:r>
            <w:r w:rsidR="00094713">
              <w:rPr>
                <w:rFonts w:ascii="Arial" w:hAnsi="Arial"/>
                <w:sz w:val="14"/>
              </w:rPr>
              <w:t>informa</w:t>
            </w:r>
            <w:r w:rsidRPr="00F06F82">
              <w:rPr>
                <w:rFonts w:ascii="Arial" w:hAnsi="Arial"/>
                <w:sz w:val="14"/>
              </w:rPr>
              <w:t xml:space="preserve"> contratos, licencias, convenios, publicaciones, tesis, fondos públicos o privados y compromisos con terceros.</w:t>
            </w:r>
          </w:p>
        </w:tc>
        <w:tc>
          <w:tcPr>
            <w:tcW w:w="1555"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1673E0C" w14:textId="77777777" w:rsidR="004F6363" w:rsidRPr="00F06F82" w:rsidRDefault="0068709F">
            <w:pPr>
              <w:spacing w:after="40" w:line="252" w:lineRule="auto"/>
            </w:pPr>
            <w:r w:rsidRPr="00F06F82">
              <w:rPr>
                <w:rFonts w:ascii="Arial" w:hAnsi="Arial"/>
                <w:sz w:val="14"/>
              </w:rPr>
              <w:t xml:space="preserve">☐ </w:t>
            </w:r>
            <w:proofErr w:type="gramStart"/>
            <w:r w:rsidRPr="00F06F82">
              <w:rPr>
                <w:rFonts w:ascii="Arial" w:hAnsi="Arial"/>
                <w:sz w:val="14"/>
              </w:rPr>
              <w:t>Sí  ☐</w:t>
            </w:r>
            <w:proofErr w:type="gramEnd"/>
            <w:r w:rsidRPr="00F06F82">
              <w:rPr>
                <w:rFonts w:ascii="Arial" w:hAnsi="Arial"/>
                <w:sz w:val="14"/>
              </w:rPr>
              <w:t xml:space="preserve"> No</w:t>
            </w:r>
          </w:p>
        </w:tc>
        <w:tc>
          <w:tcPr>
            <w:tcW w:w="2698"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0C41664" w14:textId="77777777" w:rsidR="004F6363" w:rsidRPr="00F06F82" w:rsidRDefault="004F6363">
            <w:pPr>
              <w:spacing w:after="40" w:line="252" w:lineRule="auto"/>
            </w:pPr>
          </w:p>
        </w:tc>
      </w:tr>
      <w:tr w:rsidR="004F6363" w:rsidRPr="00F06F82" w14:paraId="040ED5E1" w14:textId="77777777" w:rsidTr="006914F7">
        <w:trPr>
          <w:cantSplit/>
          <w:jc w:val="center"/>
        </w:trPr>
        <w:tc>
          <w:tcPr>
            <w:tcW w:w="609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37F9559" w14:textId="77777777" w:rsidR="004F6363" w:rsidRPr="00F06F82" w:rsidRDefault="0068709F">
            <w:pPr>
              <w:spacing w:after="40" w:line="252" w:lineRule="auto"/>
            </w:pPr>
            <w:r w:rsidRPr="00F06F82">
              <w:rPr>
                <w:rFonts w:ascii="Arial" w:hAnsi="Arial"/>
                <w:sz w:val="14"/>
              </w:rPr>
              <w:t>La propuesta no infringe derechos de terceros o cuenta con las autorizaciones necesarias.</w:t>
            </w:r>
          </w:p>
        </w:tc>
        <w:tc>
          <w:tcPr>
            <w:tcW w:w="1555"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091518B" w14:textId="77777777" w:rsidR="004F6363" w:rsidRPr="00F06F82" w:rsidRDefault="0068709F">
            <w:pPr>
              <w:spacing w:after="40" w:line="252" w:lineRule="auto"/>
            </w:pPr>
            <w:r w:rsidRPr="00F06F82">
              <w:rPr>
                <w:rFonts w:ascii="Arial" w:hAnsi="Arial"/>
                <w:sz w:val="14"/>
              </w:rPr>
              <w:t xml:space="preserve">☐ </w:t>
            </w:r>
            <w:proofErr w:type="gramStart"/>
            <w:r w:rsidRPr="00F06F82">
              <w:rPr>
                <w:rFonts w:ascii="Arial" w:hAnsi="Arial"/>
                <w:sz w:val="14"/>
              </w:rPr>
              <w:t>Sí  ☐</w:t>
            </w:r>
            <w:proofErr w:type="gramEnd"/>
            <w:r w:rsidRPr="00F06F82">
              <w:rPr>
                <w:rFonts w:ascii="Arial" w:hAnsi="Arial"/>
                <w:sz w:val="14"/>
              </w:rPr>
              <w:t xml:space="preserve"> No</w:t>
            </w:r>
          </w:p>
        </w:tc>
        <w:tc>
          <w:tcPr>
            <w:tcW w:w="2698"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1F23603" w14:textId="77777777" w:rsidR="004F6363" w:rsidRPr="00F06F82" w:rsidRDefault="004F6363">
            <w:pPr>
              <w:spacing w:after="40" w:line="252" w:lineRule="auto"/>
            </w:pPr>
          </w:p>
        </w:tc>
      </w:tr>
      <w:tr w:rsidR="004F6363" w:rsidRPr="00F06F82" w14:paraId="4F3B7664" w14:textId="77777777" w:rsidTr="006914F7">
        <w:trPr>
          <w:cantSplit/>
          <w:jc w:val="center"/>
        </w:trPr>
        <w:tc>
          <w:tcPr>
            <w:tcW w:w="609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82FC279" w14:textId="7A883001" w:rsidR="004F6363" w:rsidRPr="00F06F82" w:rsidRDefault="0068709F">
            <w:pPr>
              <w:spacing w:after="40" w:line="252" w:lineRule="auto"/>
            </w:pPr>
            <w:r w:rsidRPr="00F06F82">
              <w:rPr>
                <w:rFonts w:ascii="Arial" w:hAnsi="Arial"/>
                <w:sz w:val="14"/>
              </w:rPr>
              <w:t xml:space="preserve">Se </w:t>
            </w:r>
            <w:r w:rsidR="00094713">
              <w:rPr>
                <w:rFonts w:ascii="Arial" w:hAnsi="Arial"/>
                <w:sz w:val="14"/>
              </w:rPr>
              <w:t>informa</w:t>
            </w:r>
            <w:r w:rsidRPr="00F06F82">
              <w:rPr>
                <w:rFonts w:ascii="Arial" w:hAnsi="Arial"/>
                <w:sz w:val="14"/>
              </w:rPr>
              <w:t xml:space="preserve"> restricciones de confidencialidad, exclusividad, territorio, campo de uso o comercialización.</w:t>
            </w:r>
          </w:p>
        </w:tc>
        <w:tc>
          <w:tcPr>
            <w:tcW w:w="1555"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B447C76" w14:textId="77777777" w:rsidR="004F6363" w:rsidRPr="00F06F82" w:rsidRDefault="0068709F">
            <w:pPr>
              <w:spacing w:after="40" w:line="252" w:lineRule="auto"/>
            </w:pPr>
            <w:r w:rsidRPr="00F06F82">
              <w:rPr>
                <w:rFonts w:ascii="Arial" w:hAnsi="Arial"/>
                <w:sz w:val="14"/>
              </w:rPr>
              <w:t xml:space="preserve">☐ </w:t>
            </w:r>
            <w:proofErr w:type="gramStart"/>
            <w:r w:rsidRPr="00F06F82">
              <w:rPr>
                <w:rFonts w:ascii="Arial" w:hAnsi="Arial"/>
                <w:sz w:val="14"/>
              </w:rPr>
              <w:t>Sí  ☐</w:t>
            </w:r>
            <w:proofErr w:type="gramEnd"/>
            <w:r w:rsidRPr="00F06F82">
              <w:rPr>
                <w:rFonts w:ascii="Arial" w:hAnsi="Arial"/>
                <w:sz w:val="14"/>
              </w:rPr>
              <w:t xml:space="preserve"> No</w:t>
            </w:r>
          </w:p>
        </w:tc>
        <w:tc>
          <w:tcPr>
            <w:tcW w:w="2698"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D67B946" w14:textId="77777777" w:rsidR="004F6363" w:rsidRPr="00F06F82" w:rsidRDefault="004F6363">
            <w:pPr>
              <w:spacing w:after="40" w:line="252" w:lineRule="auto"/>
            </w:pPr>
          </w:p>
        </w:tc>
      </w:tr>
      <w:tr w:rsidR="004F6363" w:rsidRPr="00F06F82" w14:paraId="592B670E" w14:textId="77777777" w:rsidTr="006914F7">
        <w:trPr>
          <w:cantSplit/>
          <w:jc w:val="center"/>
        </w:trPr>
        <w:tc>
          <w:tcPr>
            <w:tcW w:w="609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9C12C47" w14:textId="77777777" w:rsidR="004F6363" w:rsidRPr="00F06F82" w:rsidRDefault="0068709F">
            <w:pPr>
              <w:spacing w:after="40" w:line="252" w:lineRule="auto"/>
            </w:pPr>
            <w:r w:rsidRPr="00F06F82">
              <w:rPr>
                <w:rFonts w:ascii="Arial" w:hAnsi="Arial"/>
                <w:sz w:val="14"/>
              </w:rPr>
              <w:t>Se acepta que Martínez &amp; Valdivieso utilice los resultados bajo una licencia limitada de evaluación durante el proyecto, conforme a las bases y al convenio.</w:t>
            </w:r>
          </w:p>
        </w:tc>
        <w:tc>
          <w:tcPr>
            <w:tcW w:w="1555"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2CC7DC1" w14:textId="77777777" w:rsidR="004F6363" w:rsidRPr="00F06F82" w:rsidRDefault="0068709F">
            <w:pPr>
              <w:spacing w:after="40" w:line="252" w:lineRule="auto"/>
            </w:pPr>
            <w:r w:rsidRPr="00F06F82">
              <w:rPr>
                <w:rFonts w:ascii="Arial" w:hAnsi="Arial"/>
                <w:sz w:val="14"/>
              </w:rPr>
              <w:t xml:space="preserve">☐ </w:t>
            </w:r>
            <w:proofErr w:type="gramStart"/>
            <w:r w:rsidRPr="00F06F82">
              <w:rPr>
                <w:rFonts w:ascii="Arial" w:hAnsi="Arial"/>
                <w:sz w:val="14"/>
              </w:rPr>
              <w:t>Sí  ☐</w:t>
            </w:r>
            <w:proofErr w:type="gramEnd"/>
            <w:r w:rsidRPr="00F06F82">
              <w:rPr>
                <w:rFonts w:ascii="Arial" w:hAnsi="Arial"/>
                <w:sz w:val="14"/>
              </w:rPr>
              <w:t xml:space="preserve"> No</w:t>
            </w:r>
          </w:p>
        </w:tc>
        <w:tc>
          <w:tcPr>
            <w:tcW w:w="2698"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A012669" w14:textId="77777777" w:rsidR="004F6363" w:rsidRPr="00F06F82" w:rsidRDefault="004F6363">
            <w:pPr>
              <w:spacing w:after="40" w:line="252" w:lineRule="auto"/>
            </w:pPr>
          </w:p>
        </w:tc>
      </w:tr>
      <w:tr w:rsidR="004F6363" w:rsidRPr="00F06F82" w14:paraId="0F43914E" w14:textId="77777777" w:rsidTr="006914F7">
        <w:trPr>
          <w:cantSplit/>
          <w:jc w:val="center"/>
        </w:trPr>
        <w:tc>
          <w:tcPr>
            <w:tcW w:w="609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11D66EA" w14:textId="77777777" w:rsidR="004F6363" w:rsidRPr="00F06F82" w:rsidRDefault="0068709F">
            <w:pPr>
              <w:spacing w:after="40" w:line="252" w:lineRule="auto"/>
            </w:pPr>
            <w:r w:rsidRPr="00F06F82">
              <w:rPr>
                <w:rFonts w:ascii="Arial" w:hAnsi="Arial"/>
                <w:sz w:val="14"/>
              </w:rPr>
              <w:t>Se conoce y acepta la prioridad de negociación de Martínez &amp; Valdivieso al término del proyecto, conforme a las bases.</w:t>
            </w:r>
          </w:p>
        </w:tc>
        <w:tc>
          <w:tcPr>
            <w:tcW w:w="1555"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0020F41" w14:textId="77777777" w:rsidR="004F6363" w:rsidRPr="00F06F82" w:rsidRDefault="0068709F">
            <w:pPr>
              <w:spacing w:after="40" w:line="252" w:lineRule="auto"/>
            </w:pPr>
            <w:r w:rsidRPr="00F06F82">
              <w:rPr>
                <w:rFonts w:ascii="Arial" w:hAnsi="Arial"/>
                <w:sz w:val="14"/>
              </w:rPr>
              <w:t xml:space="preserve">☐ </w:t>
            </w:r>
            <w:proofErr w:type="gramStart"/>
            <w:r w:rsidRPr="00F06F82">
              <w:rPr>
                <w:rFonts w:ascii="Arial" w:hAnsi="Arial"/>
                <w:sz w:val="14"/>
              </w:rPr>
              <w:t>Sí  ☐</w:t>
            </w:r>
            <w:proofErr w:type="gramEnd"/>
            <w:r w:rsidRPr="00F06F82">
              <w:rPr>
                <w:rFonts w:ascii="Arial" w:hAnsi="Arial"/>
                <w:sz w:val="14"/>
              </w:rPr>
              <w:t xml:space="preserve"> No</w:t>
            </w:r>
          </w:p>
        </w:tc>
        <w:tc>
          <w:tcPr>
            <w:tcW w:w="2698"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A0FE7FC" w14:textId="77777777" w:rsidR="004F6363" w:rsidRPr="00F06F82" w:rsidRDefault="004F6363">
            <w:pPr>
              <w:spacing w:after="40" w:line="252" w:lineRule="auto"/>
            </w:pPr>
          </w:p>
        </w:tc>
      </w:tr>
      <w:tr w:rsidR="004F6363" w:rsidRPr="00F06F82" w14:paraId="5CFA996E" w14:textId="77777777" w:rsidTr="006914F7">
        <w:trPr>
          <w:cantSplit/>
          <w:jc w:val="center"/>
        </w:trPr>
        <w:tc>
          <w:tcPr>
            <w:tcW w:w="609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E2A2040" w14:textId="77777777" w:rsidR="004F6363" w:rsidRPr="00F06F82" w:rsidRDefault="0068709F">
            <w:pPr>
              <w:spacing w:after="40" w:line="252" w:lineRule="auto"/>
            </w:pPr>
            <w:r w:rsidRPr="00F06F82">
              <w:rPr>
                <w:rFonts w:ascii="Arial" w:hAnsi="Arial"/>
                <w:sz w:val="14"/>
              </w:rPr>
              <w:t>Se acepta la revisión previa de publicaciones y divulgaciones para proteger información confidencial o resultados susceptibles de protección.</w:t>
            </w:r>
          </w:p>
        </w:tc>
        <w:tc>
          <w:tcPr>
            <w:tcW w:w="1555"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123F298" w14:textId="77777777" w:rsidR="004F6363" w:rsidRPr="00F06F82" w:rsidRDefault="0068709F">
            <w:pPr>
              <w:spacing w:after="40" w:line="252" w:lineRule="auto"/>
            </w:pPr>
            <w:r w:rsidRPr="00F06F82">
              <w:rPr>
                <w:rFonts w:ascii="Arial" w:hAnsi="Arial"/>
                <w:sz w:val="14"/>
              </w:rPr>
              <w:t xml:space="preserve">☐ </w:t>
            </w:r>
            <w:proofErr w:type="gramStart"/>
            <w:r w:rsidRPr="00F06F82">
              <w:rPr>
                <w:rFonts w:ascii="Arial" w:hAnsi="Arial"/>
                <w:sz w:val="14"/>
              </w:rPr>
              <w:t>Sí  ☐</w:t>
            </w:r>
            <w:proofErr w:type="gramEnd"/>
            <w:r w:rsidRPr="00F06F82">
              <w:rPr>
                <w:rFonts w:ascii="Arial" w:hAnsi="Arial"/>
                <w:sz w:val="14"/>
              </w:rPr>
              <w:t xml:space="preserve"> No</w:t>
            </w:r>
          </w:p>
        </w:tc>
        <w:tc>
          <w:tcPr>
            <w:tcW w:w="2698"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B1E85A9" w14:textId="77777777" w:rsidR="004F6363" w:rsidRPr="00F06F82" w:rsidRDefault="004F6363">
            <w:pPr>
              <w:spacing w:after="40" w:line="252" w:lineRule="auto"/>
            </w:pPr>
          </w:p>
        </w:tc>
      </w:tr>
      <w:tr w:rsidR="004F6363" w:rsidRPr="00F06F82" w14:paraId="43C9851C" w14:textId="77777777" w:rsidTr="006914F7">
        <w:trPr>
          <w:cantSplit/>
          <w:jc w:val="center"/>
        </w:trPr>
        <w:tc>
          <w:tcPr>
            <w:tcW w:w="609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4DD06AD" w14:textId="77777777" w:rsidR="004F6363" w:rsidRPr="00F06F82" w:rsidRDefault="0068709F">
            <w:pPr>
              <w:spacing w:after="40" w:line="252" w:lineRule="auto"/>
            </w:pPr>
            <w:r w:rsidRPr="00F06F82">
              <w:rPr>
                <w:rFonts w:ascii="Arial" w:hAnsi="Arial"/>
                <w:sz w:val="14"/>
              </w:rPr>
              <w:t>Se han informado incompatibilidades o condiciones asociadas a otros financiamientos.</w:t>
            </w:r>
          </w:p>
        </w:tc>
        <w:tc>
          <w:tcPr>
            <w:tcW w:w="1555"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E55DC08" w14:textId="77777777" w:rsidR="004F6363" w:rsidRPr="00F06F82" w:rsidRDefault="0068709F">
            <w:pPr>
              <w:spacing w:after="40" w:line="252" w:lineRule="auto"/>
            </w:pPr>
            <w:r w:rsidRPr="00F06F82">
              <w:rPr>
                <w:rFonts w:ascii="Arial" w:hAnsi="Arial"/>
                <w:sz w:val="14"/>
              </w:rPr>
              <w:t xml:space="preserve">☐ </w:t>
            </w:r>
            <w:proofErr w:type="gramStart"/>
            <w:r w:rsidRPr="00F06F82">
              <w:rPr>
                <w:rFonts w:ascii="Arial" w:hAnsi="Arial"/>
                <w:sz w:val="14"/>
              </w:rPr>
              <w:t>Sí  ☐</w:t>
            </w:r>
            <w:proofErr w:type="gramEnd"/>
            <w:r w:rsidRPr="00F06F82">
              <w:rPr>
                <w:rFonts w:ascii="Arial" w:hAnsi="Arial"/>
                <w:sz w:val="14"/>
              </w:rPr>
              <w:t xml:space="preserve"> No</w:t>
            </w:r>
          </w:p>
        </w:tc>
        <w:tc>
          <w:tcPr>
            <w:tcW w:w="2698"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EE72028" w14:textId="77777777" w:rsidR="004F6363" w:rsidRPr="00F06F82" w:rsidRDefault="004F6363">
            <w:pPr>
              <w:spacing w:after="40" w:line="252" w:lineRule="auto"/>
            </w:pPr>
          </w:p>
        </w:tc>
      </w:tr>
      <w:tr w:rsidR="004F6363" w:rsidRPr="00F06F82" w14:paraId="116CD1FD" w14:textId="77777777" w:rsidTr="006914F7">
        <w:trPr>
          <w:cantSplit/>
          <w:jc w:val="center"/>
        </w:trPr>
        <w:tc>
          <w:tcPr>
            <w:tcW w:w="609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5045033" w14:textId="77777777" w:rsidR="004F6363" w:rsidRPr="00F06F82" w:rsidRDefault="0068709F">
            <w:pPr>
              <w:spacing w:after="40" w:line="252" w:lineRule="auto"/>
            </w:pPr>
            <w:r w:rsidRPr="00F06F82">
              <w:rPr>
                <w:rFonts w:ascii="Arial" w:hAnsi="Arial"/>
                <w:sz w:val="14"/>
              </w:rPr>
              <w:t>La persona firmante cuenta con autorización institucional o representación suficiente para esta declaración.</w:t>
            </w:r>
          </w:p>
        </w:tc>
        <w:tc>
          <w:tcPr>
            <w:tcW w:w="1555"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18583E1" w14:textId="77777777" w:rsidR="004F6363" w:rsidRPr="00F06F82" w:rsidRDefault="0068709F">
            <w:pPr>
              <w:spacing w:after="40" w:line="252" w:lineRule="auto"/>
            </w:pPr>
            <w:r w:rsidRPr="00F06F82">
              <w:rPr>
                <w:rFonts w:ascii="Arial" w:hAnsi="Arial"/>
                <w:sz w:val="14"/>
              </w:rPr>
              <w:t xml:space="preserve">☐ </w:t>
            </w:r>
            <w:proofErr w:type="gramStart"/>
            <w:r w:rsidRPr="00F06F82">
              <w:rPr>
                <w:rFonts w:ascii="Arial" w:hAnsi="Arial"/>
                <w:sz w:val="14"/>
              </w:rPr>
              <w:t>Sí  ☐</w:t>
            </w:r>
            <w:proofErr w:type="gramEnd"/>
            <w:r w:rsidRPr="00F06F82">
              <w:rPr>
                <w:rFonts w:ascii="Arial" w:hAnsi="Arial"/>
                <w:sz w:val="14"/>
              </w:rPr>
              <w:t xml:space="preserve"> No</w:t>
            </w:r>
          </w:p>
        </w:tc>
        <w:tc>
          <w:tcPr>
            <w:tcW w:w="2698"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A210FEC" w14:textId="77777777" w:rsidR="004F6363" w:rsidRPr="00F06F82" w:rsidRDefault="004F6363">
            <w:pPr>
              <w:spacing w:after="40" w:line="252" w:lineRule="auto"/>
            </w:pPr>
          </w:p>
        </w:tc>
      </w:tr>
    </w:tbl>
    <w:p w14:paraId="77F618E3" w14:textId="77777777" w:rsidR="00C31220" w:rsidRDefault="00C31220" w:rsidP="00C31220">
      <w:pPr>
        <w:jc w:val="both"/>
      </w:pPr>
    </w:p>
    <w:p w14:paraId="19FCBECA" w14:textId="77777777" w:rsidR="00156C38" w:rsidRDefault="00156C38" w:rsidP="00C31220">
      <w:pPr>
        <w:jc w:val="both"/>
      </w:pPr>
    </w:p>
    <w:p w14:paraId="1E78F6C4" w14:textId="77777777" w:rsidR="00156C38" w:rsidRDefault="00156C38" w:rsidP="00C31220">
      <w:pPr>
        <w:jc w:val="both"/>
      </w:pPr>
    </w:p>
    <w:p w14:paraId="53473CC8" w14:textId="77777777" w:rsidR="008024E9" w:rsidRDefault="008024E9" w:rsidP="00C31220">
      <w:pPr>
        <w:jc w:val="both"/>
      </w:pPr>
    </w:p>
    <w:p w14:paraId="132E1EA6" w14:textId="77777777" w:rsidR="008024E9" w:rsidRDefault="008024E9" w:rsidP="00C31220">
      <w:pPr>
        <w:jc w:val="both"/>
      </w:pPr>
    </w:p>
    <w:p w14:paraId="7EC93CD3" w14:textId="77777777" w:rsidR="00156C38" w:rsidRDefault="00156C38" w:rsidP="00C31220">
      <w:pPr>
        <w:jc w:val="both"/>
      </w:pPr>
    </w:p>
    <w:p w14:paraId="7B2EA4C9" w14:textId="77777777" w:rsidR="00156C38" w:rsidRDefault="00156C38" w:rsidP="00C31220">
      <w:pPr>
        <w:jc w:val="both"/>
      </w:pPr>
    </w:p>
    <w:p w14:paraId="5D82ED0D" w14:textId="4E3FB658" w:rsidR="00C31220" w:rsidRDefault="00156C38" w:rsidP="00C31220">
      <w:pPr>
        <w:jc w:val="both"/>
      </w:pPr>
      <w:r>
        <w:t xml:space="preserve">        </w:t>
      </w:r>
      <w:r w:rsidR="00670492">
        <w:t xml:space="preserve">Nombre y Firma </w:t>
      </w:r>
      <w:proofErr w:type="gramStart"/>
      <w:r w:rsidR="00670492">
        <w:t>Director</w:t>
      </w:r>
      <w:proofErr w:type="gramEnd"/>
      <w:r w:rsidR="00670492">
        <w:t xml:space="preserve">/a del Proyecto  </w:t>
      </w:r>
      <w:r>
        <w:t xml:space="preserve">        Nombre y </w:t>
      </w:r>
      <w:r w:rsidR="00C31220">
        <w:t>Firma</w:t>
      </w:r>
      <w:r>
        <w:t xml:space="preserve"> Representante Legal</w:t>
      </w:r>
    </w:p>
    <w:p w14:paraId="4458985F" w14:textId="77777777" w:rsidR="00670492" w:rsidRDefault="00670492" w:rsidP="008024E9">
      <w:pPr>
        <w:pStyle w:val="AnnexTitle"/>
        <w:spacing w:before="0" w:after="0"/>
        <w:jc w:val="left"/>
        <w:rPr>
          <w:lang w:val="es-MX"/>
        </w:rPr>
      </w:pPr>
    </w:p>
    <w:p w14:paraId="3C8DBD0E" w14:textId="77777777" w:rsidR="008024E9" w:rsidRDefault="008024E9" w:rsidP="008024E9">
      <w:pPr>
        <w:pStyle w:val="AnnexTitle"/>
        <w:spacing w:before="0" w:after="0"/>
        <w:jc w:val="left"/>
        <w:rPr>
          <w:lang w:val="es-MX"/>
        </w:rPr>
      </w:pPr>
    </w:p>
    <w:p w14:paraId="43B96824" w14:textId="77777777" w:rsidR="00AF4389" w:rsidRDefault="00AF4389" w:rsidP="00AF4389">
      <w:pPr>
        <w:pStyle w:val="AnnexTitle"/>
        <w:spacing w:before="120" w:after="120"/>
        <w:jc w:val="left"/>
        <w:rPr>
          <w:lang w:val="es-MX"/>
        </w:rPr>
      </w:pPr>
    </w:p>
    <w:p w14:paraId="43324740" w14:textId="77777777" w:rsidR="00AF4389" w:rsidRDefault="00AF4389" w:rsidP="00AF4389">
      <w:pPr>
        <w:pStyle w:val="AnnexTitle"/>
        <w:spacing w:before="120" w:after="120"/>
        <w:jc w:val="left"/>
        <w:rPr>
          <w:lang w:val="es-MX"/>
        </w:rPr>
      </w:pPr>
      <w:r>
        <w:rPr>
          <w:lang w:val="es-MX"/>
        </w:rPr>
        <w:br w:type="page"/>
      </w:r>
    </w:p>
    <w:p w14:paraId="265BD6E2" w14:textId="4968592F" w:rsidR="004F6363" w:rsidRPr="00F06F82" w:rsidRDefault="00110AEB" w:rsidP="00AF4389">
      <w:pPr>
        <w:pStyle w:val="AnnexTitle"/>
        <w:spacing w:before="120" w:after="120"/>
        <w:rPr>
          <w:lang w:val="es-MX"/>
        </w:rPr>
      </w:pPr>
      <w:r>
        <w:rPr>
          <w:lang w:val="es-MX"/>
        </w:rPr>
        <w:t>A</w:t>
      </w:r>
      <w:r w:rsidR="0068709F" w:rsidRPr="00F06F82">
        <w:rPr>
          <w:lang w:val="es-MX"/>
        </w:rPr>
        <w:t>NEXO N°</w:t>
      </w:r>
      <w:r w:rsidR="00670492">
        <w:rPr>
          <w:lang w:val="es-MX"/>
        </w:rPr>
        <w:t>3</w:t>
      </w:r>
      <w:r w:rsidR="0068709F" w:rsidRPr="00F06F82">
        <w:rPr>
          <w:lang w:val="es-MX"/>
        </w:rPr>
        <w:t>. CARTA DE PATROCINIO INSTITUCIONAL, OTL O REPRESENTANTE LEGAL</w:t>
      </w:r>
    </w:p>
    <w:p w14:paraId="2C4F65E8" w14:textId="77777777" w:rsidR="004F6363" w:rsidRPr="00F06F82" w:rsidRDefault="0068709F">
      <w:pPr>
        <w:jc w:val="both"/>
      </w:pPr>
      <w:r w:rsidRPr="00F06F82">
        <w:t>Por medio de la presente, la entidad que suscribe declara conocer y patrocinar la postulación del proyecto indicado, confirma la disponibilidad del equipo y las capacidades comprometidas, y manifiesta su disposición a revisar y suscribir el convenio de participación y los acuerdos de propiedad intelectual que correspondan.</w:t>
      </w:r>
    </w:p>
    <w:tbl>
      <w:tblPr>
        <w:tblW w:w="0" w:type="auto"/>
        <w:jc w:val="center"/>
        <w:tblLayout w:type="fixed"/>
        <w:tblLook w:val="04A0" w:firstRow="1" w:lastRow="0" w:firstColumn="1" w:lastColumn="0" w:noHBand="0" w:noVBand="1"/>
      </w:tblPr>
      <w:tblGrid>
        <w:gridCol w:w="3402"/>
        <w:gridCol w:w="6236"/>
      </w:tblGrid>
      <w:tr w:rsidR="004F6363" w:rsidRPr="00F06F82" w14:paraId="07B6C5FE" w14:textId="77777777">
        <w:trPr>
          <w:cantSplit/>
          <w:jc w:val="center"/>
        </w:trPr>
        <w:tc>
          <w:tcPr>
            <w:tcW w:w="3402"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7D054BE5" w14:textId="77777777" w:rsidR="004F6363" w:rsidRPr="00F06F82" w:rsidRDefault="0068709F">
            <w:pPr>
              <w:spacing w:after="40" w:line="252" w:lineRule="auto"/>
            </w:pPr>
            <w:r w:rsidRPr="00F06F82">
              <w:rPr>
                <w:b/>
                <w:sz w:val="17"/>
              </w:rPr>
              <w:t>Entidad postulante</w:t>
            </w:r>
          </w:p>
        </w:tc>
        <w:tc>
          <w:tcPr>
            <w:tcW w:w="623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F3D8F7E" w14:textId="77777777" w:rsidR="004F6363" w:rsidRPr="00F06F82" w:rsidRDefault="004F6363">
            <w:pPr>
              <w:spacing w:after="40" w:line="252" w:lineRule="auto"/>
            </w:pPr>
          </w:p>
        </w:tc>
      </w:tr>
      <w:tr w:rsidR="000628CA" w:rsidRPr="00F06F82" w14:paraId="0DC050EF" w14:textId="77777777">
        <w:trPr>
          <w:cantSplit/>
          <w:jc w:val="center"/>
        </w:trPr>
        <w:tc>
          <w:tcPr>
            <w:tcW w:w="3402"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14C26DB5" w14:textId="62D988F2" w:rsidR="000628CA" w:rsidRPr="00F06F82" w:rsidRDefault="000628CA">
            <w:pPr>
              <w:spacing w:after="40" w:line="252" w:lineRule="auto"/>
              <w:rPr>
                <w:b/>
                <w:sz w:val="17"/>
              </w:rPr>
            </w:pPr>
            <w:r>
              <w:rPr>
                <w:b/>
                <w:sz w:val="17"/>
              </w:rPr>
              <w:t>RUT Entidad Postulante</w:t>
            </w:r>
          </w:p>
        </w:tc>
        <w:tc>
          <w:tcPr>
            <w:tcW w:w="623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1F777EC" w14:textId="77777777" w:rsidR="000628CA" w:rsidRPr="00F06F82" w:rsidRDefault="000628CA">
            <w:pPr>
              <w:spacing w:after="40" w:line="252" w:lineRule="auto"/>
            </w:pPr>
          </w:p>
        </w:tc>
      </w:tr>
      <w:tr w:rsidR="004F6363" w:rsidRPr="00F06F82" w14:paraId="01920BEF" w14:textId="77777777">
        <w:trPr>
          <w:cantSplit/>
          <w:jc w:val="center"/>
        </w:trPr>
        <w:tc>
          <w:tcPr>
            <w:tcW w:w="3402"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09D6665C" w14:textId="77777777" w:rsidR="004F6363" w:rsidRPr="00F06F82" w:rsidRDefault="0068709F">
            <w:pPr>
              <w:spacing w:after="40" w:line="252" w:lineRule="auto"/>
            </w:pPr>
            <w:r w:rsidRPr="00F06F82">
              <w:rPr>
                <w:b/>
                <w:sz w:val="17"/>
              </w:rPr>
              <w:t>Tipo de entidad</w:t>
            </w:r>
          </w:p>
        </w:tc>
        <w:tc>
          <w:tcPr>
            <w:tcW w:w="623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1219D09" w14:textId="77777777" w:rsidR="004F6363" w:rsidRPr="00F06F82" w:rsidRDefault="004F6363">
            <w:pPr>
              <w:spacing w:after="40" w:line="252" w:lineRule="auto"/>
            </w:pPr>
          </w:p>
        </w:tc>
      </w:tr>
      <w:tr w:rsidR="004F6363" w:rsidRPr="00F06F82" w14:paraId="311DFAF4" w14:textId="77777777">
        <w:trPr>
          <w:cantSplit/>
          <w:jc w:val="center"/>
        </w:trPr>
        <w:tc>
          <w:tcPr>
            <w:tcW w:w="3402"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5AE08300" w14:textId="77777777" w:rsidR="004F6363" w:rsidRPr="00F06F82" w:rsidRDefault="0068709F">
            <w:pPr>
              <w:spacing w:after="40" w:line="252" w:lineRule="auto"/>
            </w:pPr>
            <w:r w:rsidRPr="00F06F82">
              <w:rPr>
                <w:b/>
                <w:sz w:val="17"/>
              </w:rPr>
              <w:t>Título del proyecto</w:t>
            </w:r>
          </w:p>
        </w:tc>
        <w:tc>
          <w:tcPr>
            <w:tcW w:w="623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20E7EA9" w14:textId="77777777" w:rsidR="004F6363" w:rsidRPr="00F06F82" w:rsidRDefault="004F6363">
            <w:pPr>
              <w:spacing w:after="40" w:line="252" w:lineRule="auto"/>
            </w:pPr>
          </w:p>
        </w:tc>
      </w:tr>
      <w:tr w:rsidR="004F6363" w:rsidRPr="00F06F82" w14:paraId="2C7EF471" w14:textId="77777777">
        <w:trPr>
          <w:cantSplit/>
          <w:jc w:val="center"/>
        </w:trPr>
        <w:tc>
          <w:tcPr>
            <w:tcW w:w="3402"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6631294C" w14:textId="380CF416" w:rsidR="004F6363" w:rsidRPr="00F06F82" w:rsidRDefault="0068709F">
            <w:pPr>
              <w:spacing w:after="40" w:line="252" w:lineRule="auto"/>
            </w:pPr>
            <w:r w:rsidRPr="00F06F82">
              <w:rPr>
                <w:b/>
                <w:sz w:val="17"/>
              </w:rPr>
              <w:t>Director</w:t>
            </w:r>
            <w:r w:rsidR="000628CA">
              <w:rPr>
                <w:b/>
                <w:sz w:val="17"/>
              </w:rPr>
              <w:t>/a</w:t>
            </w:r>
            <w:r w:rsidRPr="00F06F82">
              <w:rPr>
                <w:b/>
                <w:sz w:val="17"/>
              </w:rPr>
              <w:t xml:space="preserve"> o líder responsable</w:t>
            </w:r>
          </w:p>
        </w:tc>
        <w:tc>
          <w:tcPr>
            <w:tcW w:w="623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70A2D77" w14:textId="77777777" w:rsidR="004F6363" w:rsidRPr="00F06F82" w:rsidRDefault="004F6363">
            <w:pPr>
              <w:spacing w:after="40" w:line="252" w:lineRule="auto"/>
            </w:pPr>
          </w:p>
        </w:tc>
      </w:tr>
      <w:tr w:rsidR="004F6363" w:rsidRPr="00F06F82" w14:paraId="11B25ED4" w14:textId="77777777">
        <w:trPr>
          <w:cantSplit/>
          <w:jc w:val="center"/>
        </w:trPr>
        <w:tc>
          <w:tcPr>
            <w:tcW w:w="3402"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1D744E19" w14:textId="77777777" w:rsidR="004F6363" w:rsidRPr="00F06F82" w:rsidRDefault="0068709F">
            <w:pPr>
              <w:spacing w:after="40" w:line="252" w:lineRule="auto"/>
            </w:pPr>
            <w:r w:rsidRPr="00F06F82">
              <w:rPr>
                <w:b/>
                <w:sz w:val="17"/>
              </w:rPr>
              <w:t>Autoridad / representante legal</w:t>
            </w:r>
          </w:p>
        </w:tc>
        <w:tc>
          <w:tcPr>
            <w:tcW w:w="623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1E4CDA8" w14:textId="77777777" w:rsidR="004F6363" w:rsidRPr="00F06F82" w:rsidRDefault="004F6363">
            <w:pPr>
              <w:spacing w:after="40" w:line="252" w:lineRule="auto"/>
            </w:pPr>
          </w:p>
        </w:tc>
      </w:tr>
      <w:tr w:rsidR="004F6363" w:rsidRPr="00F06F82" w14:paraId="48B3AD57" w14:textId="77777777">
        <w:trPr>
          <w:cantSplit/>
          <w:jc w:val="center"/>
        </w:trPr>
        <w:tc>
          <w:tcPr>
            <w:tcW w:w="3402"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4CCE8208" w14:textId="77777777" w:rsidR="004F6363" w:rsidRPr="00F06F82" w:rsidRDefault="0068709F">
            <w:pPr>
              <w:spacing w:after="40" w:line="252" w:lineRule="auto"/>
            </w:pPr>
            <w:r w:rsidRPr="00F06F82">
              <w:rPr>
                <w:b/>
                <w:sz w:val="17"/>
              </w:rPr>
              <w:t>Disponibilidad horaria y capacidades comprometidas</w:t>
            </w:r>
          </w:p>
        </w:tc>
        <w:tc>
          <w:tcPr>
            <w:tcW w:w="623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95F5103" w14:textId="77777777" w:rsidR="004F6363" w:rsidRPr="00F06F82" w:rsidRDefault="004F6363">
            <w:pPr>
              <w:spacing w:after="40" w:line="252" w:lineRule="auto"/>
            </w:pPr>
          </w:p>
        </w:tc>
      </w:tr>
      <w:tr w:rsidR="004F6363" w:rsidRPr="00F06F82" w14:paraId="68072B2F" w14:textId="77777777">
        <w:trPr>
          <w:cantSplit/>
          <w:jc w:val="center"/>
        </w:trPr>
        <w:tc>
          <w:tcPr>
            <w:tcW w:w="3402"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300DC6DC" w14:textId="77777777" w:rsidR="004F6363" w:rsidRPr="00F06F82" w:rsidRDefault="0068709F">
            <w:pPr>
              <w:spacing w:after="40" w:line="252" w:lineRule="auto"/>
            </w:pPr>
            <w:r w:rsidRPr="00F06F82">
              <w:rPr>
                <w:b/>
                <w:sz w:val="17"/>
              </w:rPr>
              <w:t>Infraestructura, equipos y recursos disponibles</w:t>
            </w:r>
          </w:p>
        </w:tc>
        <w:tc>
          <w:tcPr>
            <w:tcW w:w="623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B92C11D" w14:textId="77777777" w:rsidR="004F6363" w:rsidRPr="00F06F82" w:rsidRDefault="004F6363">
            <w:pPr>
              <w:spacing w:after="40" w:line="252" w:lineRule="auto"/>
            </w:pPr>
          </w:p>
        </w:tc>
      </w:tr>
      <w:tr w:rsidR="004F6363" w:rsidRPr="00F06F82" w14:paraId="477976B0" w14:textId="77777777">
        <w:trPr>
          <w:cantSplit/>
          <w:jc w:val="center"/>
        </w:trPr>
        <w:tc>
          <w:tcPr>
            <w:tcW w:w="3402"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76108602" w14:textId="77777777" w:rsidR="004F6363" w:rsidRPr="00F06F82" w:rsidRDefault="0068709F">
            <w:pPr>
              <w:spacing w:after="40" w:line="252" w:lineRule="auto"/>
            </w:pPr>
            <w:r w:rsidRPr="00F06F82">
              <w:rPr>
                <w:b/>
                <w:sz w:val="17"/>
              </w:rPr>
              <w:t>Titularidad o facultad sobre la tecnología</w:t>
            </w:r>
          </w:p>
        </w:tc>
        <w:tc>
          <w:tcPr>
            <w:tcW w:w="623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2F1F60E" w14:textId="77777777" w:rsidR="004F6363" w:rsidRPr="00F06F82" w:rsidRDefault="004F6363">
            <w:pPr>
              <w:spacing w:after="40" w:line="252" w:lineRule="auto"/>
            </w:pPr>
          </w:p>
        </w:tc>
      </w:tr>
      <w:tr w:rsidR="004F6363" w:rsidRPr="00F06F82" w14:paraId="38CE1025" w14:textId="77777777">
        <w:trPr>
          <w:cantSplit/>
          <w:jc w:val="center"/>
        </w:trPr>
        <w:tc>
          <w:tcPr>
            <w:tcW w:w="3402"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26030D5D" w14:textId="77777777" w:rsidR="004F6363" w:rsidRPr="00F06F82" w:rsidRDefault="0068709F">
            <w:pPr>
              <w:spacing w:after="40" w:line="252" w:lineRule="auto"/>
            </w:pPr>
            <w:r w:rsidRPr="00F06F82">
              <w:rPr>
                <w:b/>
                <w:sz w:val="17"/>
              </w:rPr>
              <w:t>Nombre, firma, cargo y fecha</w:t>
            </w:r>
          </w:p>
        </w:tc>
        <w:tc>
          <w:tcPr>
            <w:tcW w:w="623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F8C02EA" w14:textId="77777777" w:rsidR="004F6363" w:rsidRDefault="004F6363">
            <w:pPr>
              <w:spacing w:after="40" w:line="252" w:lineRule="auto"/>
            </w:pPr>
          </w:p>
          <w:p w14:paraId="7C4541A2" w14:textId="77777777" w:rsidR="000628CA" w:rsidRDefault="000628CA">
            <w:pPr>
              <w:spacing w:after="40" w:line="252" w:lineRule="auto"/>
            </w:pPr>
          </w:p>
          <w:p w14:paraId="32BFFBFD" w14:textId="77777777" w:rsidR="000628CA" w:rsidRDefault="000628CA">
            <w:pPr>
              <w:spacing w:after="40" w:line="252" w:lineRule="auto"/>
            </w:pPr>
          </w:p>
          <w:p w14:paraId="5E7AEE39" w14:textId="77777777" w:rsidR="000628CA" w:rsidRDefault="000628CA">
            <w:pPr>
              <w:spacing w:after="40" w:line="252" w:lineRule="auto"/>
            </w:pPr>
          </w:p>
          <w:p w14:paraId="248EF547" w14:textId="77777777" w:rsidR="000628CA" w:rsidRDefault="000628CA">
            <w:pPr>
              <w:spacing w:after="40" w:line="252" w:lineRule="auto"/>
            </w:pPr>
          </w:p>
          <w:p w14:paraId="5E247CA1" w14:textId="77777777" w:rsidR="000628CA" w:rsidRPr="00F06F82" w:rsidRDefault="000628CA">
            <w:pPr>
              <w:spacing w:after="40" w:line="252" w:lineRule="auto"/>
            </w:pPr>
          </w:p>
        </w:tc>
      </w:tr>
    </w:tbl>
    <w:p w14:paraId="544E253F" w14:textId="77777777" w:rsidR="004F6363" w:rsidRPr="00F06F82" w:rsidRDefault="0068709F">
      <w:r w:rsidRPr="00F06F82">
        <w:br w:type="page"/>
      </w:r>
    </w:p>
    <w:p w14:paraId="5319058E" w14:textId="6BBFB328" w:rsidR="004F6363" w:rsidRPr="00F06F82" w:rsidRDefault="0068709F">
      <w:pPr>
        <w:pStyle w:val="AnnexTitle"/>
        <w:rPr>
          <w:lang w:val="es-MX"/>
        </w:rPr>
      </w:pPr>
      <w:r w:rsidRPr="00F06F82">
        <w:rPr>
          <w:lang w:val="es-MX"/>
        </w:rPr>
        <w:t>ANEXO N°</w:t>
      </w:r>
      <w:r w:rsidR="00EB4644">
        <w:rPr>
          <w:lang w:val="es-MX"/>
        </w:rPr>
        <w:t>4</w:t>
      </w:r>
      <w:r w:rsidRPr="00F06F82">
        <w:rPr>
          <w:lang w:val="es-MX"/>
        </w:rPr>
        <w:t>. FORMATO DE PRESENTACIÓN PARA PITCH</w:t>
      </w:r>
    </w:p>
    <w:p w14:paraId="01F6ED69" w14:textId="18E9C6A9" w:rsidR="004F6363" w:rsidRPr="00F06F82" w:rsidRDefault="00183EF0">
      <w:pPr>
        <w:jc w:val="both"/>
      </w:pPr>
      <w:r>
        <w:t xml:space="preserve">Adjuntar una PPT con los siguientes contenidos: </w:t>
      </w:r>
    </w:p>
    <w:tbl>
      <w:tblPr>
        <w:tblW w:w="0" w:type="auto"/>
        <w:jc w:val="center"/>
        <w:tblLayout w:type="fixed"/>
        <w:tblLook w:val="04A0" w:firstRow="1" w:lastRow="0" w:firstColumn="1" w:lastColumn="0" w:noHBand="0" w:noVBand="1"/>
      </w:tblPr>
      <w:tblGrid>
        <w:gridCol w:w="1134"/>
        <w:gridCol w:w="3061"/>
        <w:gridCol w:w="5443"/>
      </w:tblGrid>
      <w:tr w:rsidR="004F6363" w:rsidRPr="00F06F82" w14:paraId="19F70F22" w14:textId="77777777">
        <w:trPr>
          <w:cantSplit/>
          <w:tblHeader/>
          <w:jc w:val="center"/>
        </w:trPr>
        <w:tc>
          <w:tcPr>
            <w:tcW w:w="1134"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78FE79EE" w14:textId="77777777" w:rsidR="004F6363" w:rsidRPr="00F06F82" w:rsidRDefault="0068709F">
            <w:pPr>
              <w:spacing w:after="40" w:line="252" w:lineRule="auto"/>
            </w:pPr>
            <w:proofErr w:type="spellStart"/>
            <w:r w:rsidRPr="00F06F82">
              <w:rPr>
                <w:b/>
                <w:color w:val="17365D"/>
                <w:sz w:val="16"/>
              </w:rPr>
              <w:t>N°</w:t>
            </w:r>
            <w:proofErr w:type="spellEnd"/>
          </w:p>
        </w:tc>
        <w:tc>
          <w:tcPr>
            <w:tcW w:w="306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5598A6C8" w14:textId="77777777" w:rsidR="004F6363" w:rsidRPr="00F06F82" w:rsidRDefault="0068709F">
            <w:pPr>
              <w:spacing w:after="40" w:line="252" w:lineRule="auto"/>
            </w:pPr>
            <w:r w:rsidRPr="00F06F82">
              <w:rPr>
                <w:b/>
                <w:color w:val="17365D"/>
                <w:sz w:val="16"/>
              </w:rPr>
              <w:t>Diapositiva</w:t>
            </w:r>
          </w:p>
        </w:tc>
        <w:tc>
          <w:tcPr>
            <w:tcW w:w="5443"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5C433938" w14:textId="77777777" w:rsidR="004F6363" w:rsidRPr="00F06F82" w:rsidRDefault="0068709F">
            <w:pPr>
              <w:spacing w:after="40" w:line="252" w:lineRule="auto"/>
            </w:pPr>
            <w:r w:rsidRPr="00F06F82">
              <w:rPr>
                <w:b/>
                <w:color w:val="17365D"/>
                <w:sz w:val="16"/>
              </w:rPr>
              <w:t>Contenido mínimo</w:t>
            </w:r>
          </w:p>
        </w:tc>
      </w:tr>
      <w:tr w:rsidR="004F6363" w:rsidRPr="00F06F82" w14:paraId="3C828DB4" w14:textId="77777777">
        <w:trPr>
          <w:cantSplit/>
          <w:jc w:val="center"/>
        </w:trPr>
        <w:tc>
          <w:tcPr>
            <w:tcW w:w="113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60C5382" w14:textId="77777777" w:rsidR="004F6363" w:rsidRPr="00F06F82" w:rsidRDefault="0068709F">
            <w:pPr>
              <w:spacing w:after="40" w:line="252" w:lineRule="auto"/>
            </w:pPr>
            <w:r w:rsidRPr="00F06F82">
              <w:rPr>
                <w:sz w:val="16"/>
              </w:rPr>
              <w:t>1</w:t>
            </w:r>
          </w:p>
        </w:tc>
        <w:tc>
          <w:tcPr>
            <w:tcW w:w="30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1EC78FF" w14:textId="77777777" w:rsidR="004F6363" w:rsidRPr="00F06F82" w:rsidRDefault="0068709F">
            <w:pPr>
              <w:spacing w:after="40" w:line="252" w:lineRule="auto"/>
            </w:pPr>
            <w:r w:rsidRPr="00F06F82">
              <w:rPr>
                <w:sz w:val="16"/>
              </w:rPr>
              <w:t>Portada</w:t>
            </w:r>
          </w:p>
        </w:tc>
        <w:tc>
          <w:tcPr>
            <w:tcW w:w="544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7EA8F27" w14:textId="77777777" w:rsidR="004F6363" w:rsidRPr="00F06F82" w:rsidRDefault="0068709F">
            <w:pPr>
              <w:spacing w:after="40" w:line="252" w:lineRule="auto"/>
            </w:pPr>
            <w:r w:rsidRPr="00F06F82">
              <w:rPr>
                <w:sz w:val="16"/>
              </w:rPr>
              <w:t>Título, entidad postulante, director o líder y reto estratégico.</w:t>
            </w:r>
          </w:p>
        </w:tc>
      </w:tr>
      <w:tr w:rsidR="004F6363" w:rsidRPr="00F06F82" w14:paraId="5B40EF63" w14:textId="77777777">
        <w:trPr>
          <w:cantSplit/>
          <w:jc w:val="center"/>
        </w:trPr>
        <w:tc>
          <w:tcPr>
            <w:tcW w:w="113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783179E" w14:textId="77777777" w:rsidR="004F6363" w:rsidRPr="00F06F82" w:rsidRDefault="0068709F">
            <w:pPr>
              <w:spacing w:after="40" w:line="252" w:lineRule="auto"/>
            </w:pPr>
            <w:r w:rsidRPr="00F06F82">
              <w:rPr>
                <w:sz w:val="16"/>
              </w:rPr>
              <w:t>2</w:t>
            </w:r>
          </w:p>
        </w:tc>
        <w:tc>
          <w:tcPr>
            <w:tcW w:w="30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B2DF172" w14:textId="77777777" w:rsidR="004F6363" w:rsidRPr="00F06F82" w:rsidRDefault="0068709F">
            <w:pPr>
              <w:spacing w:after="40" w:line="252" w:lineRule="auto"/>
            </w:pPr>
            <w:r w:rsidRPr="00F06F82">
              <w:rPr>
                <w:sz w:val="16"/>
              </w:rPr>
              <w:t>Problema y caso de uso</w:t>
            </w:r>
          </w:p>
        </w:tc>
        <w:tc>
          <w:tcPr>
            <w:tcW w:w="544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C9495BB" w14:textId="77777777" w:rsidR="004F6363" w:rsidRPr="00F06F82" w:rsidRDefault="0068709F">
            <w:pPr>
              <w:spacing w:after="40" w:line="252" w:lineRule="auto"/>
            </w:pPr>
            <w:r w:rsidRPr="00F06F82">
              <w:rPr>
                <w:sz w:val="16"/>
              </w:rPr>
              <w:t>Necesidad, usuario, proceso, impacto y línea base.</w:t>
            </w:r>
          </w:p>
        </w:tc>
      </w:tr>
      <w:tr w:rsidR="004F6363" w:rsidRPr="00F06F82" w14:paraId="51B26CBD" w14:textId="77777777">
        <w:trPr>
          <w:cantSplit/>
          <w:jc w:val="center"/>
        </w:trPr>
        <w:tc>
          <w:tcPr>
            <w:tcW w:w="113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52C9B9A" w14:textId="77777777" w:rsidR="004F6363" w:rsidRPr="00F06F82" w:rsidRDefault="0068709F">
            <w:pPr>
              <w:spacing w:after="40" w:line="252" w:lineRule="auto"/>
            </w:pPr>
            <w:r w:rsidRPr="00F06F82">
              <w:rPr>
                <w:sz w:val="16"/>
              </w:rPr>
              <w:t>3</w:t>
            </w:r>
          </w:p>
        </w:tc>
        <w:tc>
          <w:tcPr>
            <w:tcW w:w="30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B5A5FB3" w14:textId="77777777" w:rsidR="004F6363" w:rsidRPr="00F06F82" w:rsidRDefault="0068709F">
            <w:pPr>
              <w:spacing w:after="40" w:line="252" w:lineRule="auto"/>
            </w:pPr>
            <w:r w:rsidRPr="00F06F82">
              <w:rPr>
                <w:sz w:val="16"/>
              </w:rPr>
              <w:t>Solución y diferenciación</w:t>
            </w:r>
          </w:p>
        </w:tc>
        <w:tc>
          <w:tcPr>
            <w:tcW w:w="544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516406D" w14:textId="77777777" w:rsidR="004F6363" w:rsidRPr="00F06F82" w:rsidRDefault="0068709F">
            <w:pPr>
              <w:spacing w:after="40" w:line="252" w:lineRule="auto"/>
            </w:pPr>
            <w:r w:rsidRPr="00F06F82">
              <w:rPr>
                <w:sz w:val="16"/>
              </w:rPr>
              <w:t>Tecnología, propuesta de valor, competencia y ventaja.</w:t>
            </w:r>
          </w:p>
        </w:tc>
      </w:tr>
      <w:tr w:rsidR="004F6363" w:rsidRPr="00F06F82" w14:paraId="55390FDA" w14:textId="77777777">
        <w:trPr>
          <w:cantSplit/>
          <w:jc w:val="center"/>
        </w:trPr>
        <w:tc>
          <w:tcPr>
            <w:tcW w:w="113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5027204" w14:textId="77777777" w:rsidR="004F6363" w:rsidRPr="00F06F82" w:rsidRDefault="0068709F">
            <w:pPr>
              <w:spacing w:after="40" w:line="252" w:lineRule="auto"/>
            </w:pPr>
            <w:r w:rsidRPr="00F06F82">
              <w:rPr>
                <w:sz w:val="16"/>
              </w:rPr>
              <w:t>4</w:t>
            </w:r>
          </w:p>
        </w:tc>
        <w:tc>
          <w:tcPr>
            <w:tcW w:w="30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9DCD7C0" w14:textId="77777777" w:rsidR="004F6363" w:rsidRPr="00F06F82" w:rsidRDefault="0068709F">
            <w:pPr>
              <w:spacing w:after="40" w:line="252" w:lineRule="auto"/>
            </w:pPr>
            <w:r w:rsidRPr="00F06F82">
              <w:rPr>
                <w:sz w:val="16"/>
              </w:rPr>
              <w:t>Evidencia y TRL</w:t>
            </w:r>
          </w:p>
        </w:tc>
        <w:tc>
          <w:tcPr>
            <w:tcW w:w="544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84DA17C" w14:textId="77777777" w:rsidR="004F6363" w:rsidRPr="00F06F82" w:rsidRDefault="0068709F">
            <w:pPr>
              <w:spacing w:after="40" w:line="252" w:lineRule="auto"/>
            </w:pPr>
            <w:r w:rsidRPr="00F06F82">
              <w:rPr>
                <w:sz w:val="16"/>
              </w:rPr>
              <w:t>Resultados previos, prototipo, ensayos y brechas.</w:t>
            </w:r>
          </w:p>
        </w:tc>
      </w:tr>
      <w:tr w:rsidR="004F6363" w:rsidRPr="00F06F82" w14:paraId="4175596B" w14:textId="77777777">
        <w:trPr>
          <w:cantSplit/>
          <w:jc w:val="center"/>
        </w:trPr>
        <w:tc>
          <w:tcPr>
            <w:tcW w:w="113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921F724" w14:textId="77777777" w:rsidR="004F6363" w:rsidRPr="00F06F82" w:rsidRDefault="0068709F">
            <w:pPr>
              <w:spacing w:after="40" w:line="252" w:lineRule="auto"/>
            </w:pPr>
            <w:r w:rsidRPr="00F06F82">
              <w:rPr>
                <w:sz w:val="16"/>
              </w:rPr>
              <w:t>5</w:t>
            </w:r>
          </w:p>
        </w:tc>
        <w:tc>
          <w:tcPr>
            <w:tcW w:w="30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712C47E" w14:textId="7A237190" w:rsidR="004F6363" w:rsidRPr="00181671" w:rsidRDefault="0068709F">
            <w:pPr>
              <w:spacing w:after="40" w:line="252" w:lineRule="auto"/>
              <w:rPr>
                <w:sz w:val="16"/>
              </w:rPr>
            </w:pPr>
            <w:proofErr w:type="spellStart"/>
            <w:r w:rsidRPr="00F06F82">
              <w:rPr>
                <w:sz w:val="16"/>
              </w:rPr>
              <w:t>KPIs</w:t>
            </w:r>
            <w:proofErr w:type="spellEnd"/>
          </w:p>
        </w:tc>
        <w:tc>
          <w:tcPr>
            <w:tcW w:w="544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608FA41" w14:textId="42CCFAEC" w:rsidR="004F6363" w:rsidRPr="00F06F82" w:rsidRDefault="00181671">
            <w:pPr>
              <w:spacing w:after="40" w:line="252" w:lineRule="auto"/>
            </w:pPr>
            <w:r>
              <w:rPr>
                <w:sz w:val="16"/>
              </w:rPr>
              <w:t>M</w:t>
            </w:r>
            <w:r w:rsidR="0068709F" w:rsidRPr="00F06F82">
              <w:rPr>
                <w:sz w:val="16"/>
              </w:rPr>
              <w:t>etas, medición e hito crítico.</w:t>
            </w:r>
          </w:p>
        </w:tc>
      </w:tr>
      <w:tr w:rsidR="004F6363" w:rsidRPr="00F06F82" w14:paraId="0CA90970" w14:textId="77777777">
        <w:trPr>
          <w:cantSplit/>
          <w:jc w:val="center"/>
        </w:trPr>
        <w:tc>
          <w:tcPr>
            <w:tcW w:w="113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DF4347D" w14:textId="77777777" w:rsidR="004F6363" w:rsidRPr="00F06F82" w:rsidRDefault="0068709F">
            <w:pPr>
              <w:spacing w:after="40" w:line="252" w:lineRule="auto"/>
            </w:pPr>
            <w:r w:rsidRPr="00F06F82">
              <w:rPr>
                <w:sz w:val="16"/>
              </w:rPr>
              <w:t>6</w:t>
            </w:r>
          </w:p>
        </w:tc>
        <w:tc>
          <w:tcPr>
            <w:tcW w:w="30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2C8E785A" w14:textId="77777777" w:rsidR="004F6363" w:rsidRPr="00F06F82" w:rsidRDefault="0068709F">
            <w:pPr>
              <w:spacing w:after="40" w:line="252" w:lineRule="auto"/>
            </w:pPr>
            <w:r w:rsidRPr="00F06F82">
              <w:rPr>
                <w:sz w:val="16"/>
              </w:rPr>
              <w:t>Plan de piloto</w:t>
            </w:r>
          </w:p>
        </w:tc>
        <w:tc>
          <w:tcPr>
            <w:tcW w:w="544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0ABDF79" w14:textId="77777777" w:rsidR="004F6363" w:rsidRPr="00F06F82" w:rsidRDefault="0068709F">
            <w:pPr>
              <w:spacing w:after="40" w:line="252" w:lineRule="auto"/>
            </w:pPr>
            <w:r w:rsidRPr="00F06F82">
              <w:rPr>
                <w:sz w:val="16"/>
              </w:rPr>
              <w:t>Metodología, entorno, cronograma, permisos y controles.</w:t>
            </w:r>
          </w:p>
        </w:tc>
      </w:tr>
      <w:tr w:rsidR="004F6363" w:rsidRPr="00F06F82" w14:paraId="04D42DD9" w14:textId="77777777">
        <w:trPr>
          <w:cantSplit/>
          <w:jc w:val="center"/>
        </w:trPr>
        <w:tc>
          <w:tcPr>
            <w:tcW w:w="113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BDBD77E" w14:textId="77777777" w:rsidR="004F6363" w:rsidRPr="00F06F82" w:rsidRDefault="0068709F">
            <w:pPr>
              <w:spacing w:after="40" w:line="252" w:lineRule="auto"/>
            </w:pPr>
            <w:r w:rsidRPr="00F06F82">
              <w:rPr>
                <w:sz w:val="16"/>
              </w:rPr>
              <w:t>7</w:t>
            </w:r>
          </w:p>
        </w:tc>
        <w:tc>
          <w:tcPr>
            <w:tcW w:w="30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BE6D364" w14:textId="77777777" w:rsidR="004F6363" w:rsidRPr="00F06F82" w:rsidRDefault="0068709F">
            <w:pPr>
              <w:spacing w:after="40" w:line="252" w:lineRule="auto"/>
            </w:pPr>
            <w:r w:rsidRPr="00F06F82">
              <w:rPr>
                <w:sz w:val="16"/>
              </w:rPr>
              <w:t>Equipo y capacidades</w:t>
            </w:r>
          </w:p>
        </w:tc>
        <w:tc>
          <w:tcPr>
            <w:tcW w:w="544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1487C44" w14:textId="77777777" w:rsidR="004F6363" w:rsidRPr="00F06F82" w:rsidRDefault="0068709F">
            <w:pPr>
              <w:spacing w:after="40" w:line="252" w:lineRule="auto"/>
            </w:pPr>
            <w:r w:rsidRPr="00F06F82">
              <w:rPr>
                <w:sz w:val="16"/>
              </w:rPr>
              <w:t>Roles, infraestructura, experiencia y alianzas.</w:t>
            </w:r>
          </w:p>
        </w:tc>
      </w:tr>
      <w:tr w:rsidR="004F6363" w:rsidRPr="00F06F82" w14:paraId="196AE758" w14:textId="77777777">
        <w:trPr>
          <w:cantSplit/>
          <w:jc w:val="center"/>
        </w:trPr>
        <w:tc>
          <w:tcPr>
            <w:tcW w:w="113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AEF9C19" w14:textId="77777777" w:rsidR="004F6363" w:rsidRPr="00F06F82" w:rsidRDefault="0068709F">
            <w:pPr>
              <w:spacing w:after="40" w:line="252" w:lineRule="auto"/>
            </w:pPr>
            <w:r w:rsidRPr="00F06F82">
              <w:rPr>
                <w:sz w:val="16"/>
              </w:rPr>
              <w:t>8</w:t>
            </w:r>
          </w:p>
        </w:tc>
        <w:tc>
          <w:tcPr>
            <w:tcW w:w="30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54442C0" w14:textId="77777777" w:rsidR="004F6363" w:rsidRPr="00F06F82" w:rsidRDefault="0068709F">
            <w:pPr>
              <w:spacing w:after="40" w:line="252" w:lineRule="auto"/>
            </w:pPr>
            <w:r w:rsidRPr="00F06F82">
              <w:rPr>
                <w:sz w:val="16"/>
              </w:rPr>
              <w:t>Escalamiento y negocio</w:t>
            </w:r>
          </w:p>
        </w:tc>
        <w:tc>
          <w:tcPr>
            <w:tcW w:w="544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16C18729" w14:textId="77777777" w:rsidR="004F6363" w:rsidRPr="00F06F82" w:rsidRDefault="0068709F">
            <w:pPr>
              <w:spacing w:after="40" w:line="252" w:lineRule="auto"/>
            </w:pPr>
            <w:r w:rsidRPr="00F06F82">
              <w:rPr>
                <w:sz w:val="16"/>
              </w:rPr>
              <w:t>Mercado, regulación, costos, adopción y ruta de continuidad.</w:t>
            </w:r>
          </w:p>
        </w:tc>
      </w:tr>
      <w:tr w:rsidR="004F6363" w:rsidRPr="00F06F82" w14:paraId="44BFBED0" w14:textId="77777777">
        <w:trPr>
          <w:cantSplit/>
          <w:jc w:val="center"/>
        </w:trPr>
        <w:tc>
          <w:tcPr>
            <w:tcW w:w="113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3539DE55" w14:textId="77777777" w:rsidR="004F6363" w:rsidRPr="00F06F82" w:rsidRDefault="0068709F">
            <w:pPr>
              <w:spacing w:after="40" w:line="252" w:lineRule="auto"/>
            </w:pPr>
            <w:r w:rsidRPr="00F06F82">
              <w:rPr>
                <w:sz w:val="16"/>
              </w:rPr>
              <w:t>9</w:t>
            </w:r>
          </w:p>
        </w:tc>
        <w:tc>
          <w:tcPr>
            <w:tcW w:w="30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81321AC" w14:textId="77777777" w:rsidR="004F6363" w:rsidRPr="00F06F82" w:rsidRDefault="0068709F">
            <w:pPr>
              <w:spacing w:after="40" w:line="252" w:lineRule="auto"/>
            </w:pPr>
            <w:r w:rsidRPr="00F06F82">
              <w:rPr>
                <w:sz w:val="16"/>
              </w:rPr>
              <w:t>Propiedad intelectual</w:t>
            </w:r>
          </w:p>
        </w:tc>
        <w:tc>
          <w:tcPr>
            <w:tcW w:w="544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60FF7F33" w14:textId="77777777" w:rsidR="004F6363" w:rsidRPr="00F06F82" w:rsidRDefault="0068709F">
            <w:pPr>
              <w:spacing w:after="40" w:line="252" w:lineRule="auto"/>
            </w:pPr>
            <w:proofErr w:type="spellStart"/>
            <w:r w:rsidRPr="00F06F82">
              <w:rPr>
                <w:sz w:val="16"/>
              </w:rPr>
              <w:t>Background</w:t>
            </w:r>
            <w:proofErr w:type="spellEnd"/>
            <w:r w:rsidRPr="00F06F82">
              <w:rPr>
                <w:sz w:val="16"/>
              </w:rPr>
              <w:t xml:space="preserve"> IP, resultados esperados, restricciones y transferencia.</w:t>
            </w:r>
          </w:p>
        </w:tc>
      </w:tr>
      <w:tr w:rsidR="004F6363" w:rsidRPr="00F06F82" w14:paraId="325E7E75" w14:textId="77777777">
        <w:trPr>
          <w:cantSplit/>
          <w:jc w:val="center"/>
        </w:trPr>
        <w:tc>
          <w:tcPr>
            <w:tcW w:w="1134"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0B081200" w14:textId="77777777" w:rsidR="004F6363" w:rsidRPr="00F06F82" w:rsidRDefault="0068709F">
            <w:pPr>
              <w:spacing w:after="40" w:line="252" w:lineRule="auto"/>
            </w:pPr>
            <w:r w:rsidRPr="00F06F82">
              <w:rPr>
                <w:sz w:val="16"/>
              </w:rPr>
              <w:t>10</w:t>
            </w:r>
          </w:p>
        </w:tc>
        <w:tc>
          <w:tcPr>
            <w:tcW w:w="3061"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FA734B5" w14:textId="77777777" w:rsidR="004F6363" w:rsidRPr="00F06F82" w:rsidRDefault="0068709F">
            <w:pPr>
              <w:spacing w:after="40" w:line="252" w:lineRule="auto"/>
            </w:pPr>
            <w:r w:rsidRPr="00F06F82">
              <w:rPr>
                <w:sz w:val="16"/>
              </w:rPr>
              <w:t>Presupuesto y solicitud</w:t>
            </w:r>
          </w:p>
        </w:tc>
        <w:tc>
          <w:tcPr>
            <w:tcW w:w="5443"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C9DF21F" w14:textId="77777777" w:rsidR="004F6363" w:rsidRPr="00F06F82" w:rsidRDefault="0068709F">
            <w:pPr>
              <w:spacing w:after="40" w:line="252" w:lineRule="auto"/>
            </w:pPr>
            <w:r w:rsidRPr="00F06F82">
              <w:rPr>
                <w:sz w:val="16"/>
              </w:rPr>
              <w:t>Monto, cuotas, principales gastos y soporte requerido.</w:t>
            </w:r>
          </w:p>
        </w:tc>
      </w:tr>
    </w:tbl>
    <w:p w14:paraId="10B86FDE" w14:textId="77777777" w:rsidR="00183EF0" w:rsidRDefault="00183EF0"/>
    <w:p w14:paraId="6E261742" w14:textId="6A27BD39" w:rsidR="004F6363" w:rsidRDefault="00183EF0">
      <w:r w:rsidRPr="00F06F82">
        <w:t>La defensa deberá realizarse mediante una presentación breve</w:t>
      </w:r>
      <w:r w:rsidR="00181671">
        <w:t xml:space="preserve"> (Max 8-10 minutos)</w:t>
      </w:r>
      <w:r w:rsidRPr="00F06F82">
        <w:t>, utilizando información consistente con el formulario. El</w:t>
      </w:r>
      <w:r>
        <w:t>/la directora/a</w:t>
      </w:r>
      <w:r w:rsidRPr="00F06F82">
        <w:t xml:space="preserve"> del proyecto deberá participar obligatoriamente.</w:t>
      </w:r>
    </w:p>
    <w:p w14:paraId="6B3126F5" w14:textId="77777777" w:rsidR="00183EF0" w:rsidRDefault="00183EF0"/>
    <w:p w14:paraId="25B764D5" w14:textId="77777777" w:rsidR="00183EF0" w:rsidRDefault="00183EF0"/>
    <w:p w14:paraId="3C8AF4F9" w14:textId="77777777" w:rsidR="00183EF0" w:rsidRDefault="00183EF0"/>
    <w:p w14:paraId="1B495A15" w14:textId="77777777" w:rsidR="00183EF0" w:rsidRDefault="00183EF0"/>
    <w:p w14:paraId="081A4E0E" w14:textId="77777777" w:rsidR="00183EF0" w:rsidRDefault="00183EF0"/>
    <w:p w14:paraId="1E7783EC" w14:textId="77777777" w:rsidR="00183EF0" w:rsidRDefault="00183EF0"/>
    <w:p w14:paraId="0686444A" w14:textId="77777777" w:rsidR="00183EF0" w:rsidRDefault="00183EF0"/>
    <w:p w14:paraId="7415BB37" w14:textId="77777777" w:rsidR="00183EF0" w:rsidRDefault="00183EF0"/>
    <w:p w14:paraId="4C524A83" w14:textId="77777777" w:rsidR="00183EF0" w:rsidRDefault="00183EF0"/>
    <w:p w14:paraId="2D782A6E" w14:textId="77777777" w:rsidR="00183EF0" w:rsidRDefault="00183EF0"/>
    <w:p w14:paraId="107E9D21" w14:textId="77777777" w:rsidR="00183EF0" w:rsidRDefault="00183EF0"/>
    <w:p w14:paraId="213AC72E" w14:textId="77777777" w:rsidR="00183EF0" w:rsidRDefault="00183EF0"/>
    <w:p w14:paraId="4E7D3DFD" w14:textId="77777777" w:rsidR="00183EF0" w:rsidRDefault="00183EF0"/>
    <w:p w14:paraId="2020C575" w14:textId="77777777" w:rsidR="00183EF0" w:rsidRDefault="00183EF0"/>
    <w:p w14:paraId="5A54B13F" w14:textId="77777777" w:rsidR="00183EF0" w:rsidRDefault="00183EF0"/>
    <w:p w14:paraId="478B5CA6" w14:textId="77777777" w:rsidR="00183EF0" w:rsidRDefault="00183EF0"/>
    <w:p w14:paraId="47608C98" w14:textId="77777777" w:rsidR="00183EF0" w:rsidRPr="00F06F82" w:rsidRDefault="00183EF0"/>
    <w:p w14:paraId="46572720" w14:textId="6C34FFAB" w:rsidR="004F6363" w:rsidRPr="00F06F82" w:rsidRDefault="0068709F">
      <w:pPr>
        <w:pStyle w:val="AnnexTitle"/>
        <w:rPr>
          <w:lang w:val="es-MX"/>
        </w:rPr>
      </w:pPr>
      <w:r w:rsidRPr="00F06F82">
        <w:rPr>
          <w:lang w:val="es-MX"/>
        </w:rPr>
        <w:t>ANEXO N°</w:t>
      </w:r>
      <w:r w:rsidR="00EB4644">
        <w:rPr>
          <w:lang w:val="es-MX"/>
        </w:rPr>
        <w:t>5</w:t>
      </w:r>
      <w:r w:rsidRPr="00F06F82">
        <w:rPr>
          <w:lang w:val="es-MX"/>
        </w:rPr>
        <w:t>. CURRICULUM VITAE ABREVIADO</w:t>
      </w:r>
    </w:p>
    <w:p w14:paraId="1884E30D" w14:textId="47C20705" w:rsidR="004F6363" w:rsidRPr="00F06F82" w:rsidRDefault="0068709F">
      <w:pPr>
        <w:pStyle w:val="FormInstruction"/>
        <w:rPr>
          <w:lang w:val="es-MX"/>
        </w:rPr>
      </w:pPr>
      <w:r w:rsidRPr="00F06F82">
        <w:rPr>
          <w:lang w:val="es-MX"/>
        </w:rPr>
        <w:t xml:space="preserve">Completar o adjuntar un CV libre por cada integrante crítico. Extensión máxima sugerida: </w:t>
      </w:r>
      <w:r w:rsidR="005142EE">
        <w:rPr>
          <w:lang w:val="es-MX"/>
        </w:rPr>
        <w:t>1</w:t>
      </w:r>
      <w:r w:rsidRPr="00F06F82">
        <w:rPr>
          <w:lang w:val="es-MX"/>
        </w:rPr>
        <w:t xml:space="preserve"> página por persona, priorizando antecedentes relacionados con la propuesta.</w:t>
      </w:r>
    </w:p>
    <w:tbl>
      <w:tblPr>
        <w:tblW w:w="0" w:type="auto"/>
        <w:jc w:val="center"/>
        <w:tblLayout w:type="fixed"/>
        <w:tblLook w:val="04A0" w:firstRow="1" w:lastRow="0" w:firstColumn="1" w:lastColumn="0" w:noHBand="0" w:noVBand="1"/>
      </w:tblPr>
      <w:tblGrid>
        <w:gridCol w:w="3231"/>
        <w:gridCol w:w="6406"/>
      </w:tblGrid>
      <w:tr w:rsidR="004F6363" w:rsidRPr="00F06F82" w14:paraId="2BA4F836" w14:textId="77777777">
        <w:trPr>
          <w:cantSplit/>
          <w:jc w:val="center"/>
        </w:trPr>
        <w:tc>
          <w:tcPr>
            <w:tcW w:w="323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3D0716D4" w14:textId="77777777" w:rsidR="004F6363" w:rsidRPr="00F06F82" w:rsidRDefault="0068709F">
            <w:pPr>
              <w:spacing w:after="40" w:line="252" w:lineRule="auto"/>
            </w:pPr>
            <w:r w:rsidRPr="00F06F82">
              <w:rPr>
                <w:b/>
                <w:sz w:val="17"/>
              </w:rPr>
              <w:t>Nombre completo</w:t>
            </w:r>
          </w:p>
        </w:tc>
        <w:tc>
          <w:tcPr>
            <w:tcW w:w="640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403AA31" w14:textId="77777777" w:rsidR="004F6363" w:rsidRPr="00F06F82" w:rsidRDefault="004F6363">
            <w:pPr>
              <w:spacing w:after="40" w:line="252" w:lineRule="auto"/>
            </w:pPr>
          </w:p>
        </w:tc>
      </w:tr>
      <w:tr w:rsidR="004F6363" w:rsidRPr="00F06F82" w14:paraId="13A27D17" w14:textId="77777777">
        <w:trPr>
          <w:cantSplit/>
          <w:jc w:val="center"/>
        </w:trPr>
        <w:tc>
          <w:tcPr>
            <w:tcW w:w="323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5ADF44D6" w14:textId="77777777" w:rsidR="004F6363" w:rsidRPr="00F06F82" w:rsidRDefault="0068709F">
            <w:pPr>
              <w:spacing w:after="40" w:line="252" w:lineRule="auto"/>
            </w:pPr>
            <w:r w:rsidRPr="00F06F82">
              <w:rPr>
                <w:b/>
                <w:sz w:val="17"/>
              </w:rPr>
              <w:t>Cargo e institución</w:t>
            </w:r>
          </w:p>
        </w:tc>
        <w:tc>
          <w:tcPr>
            <w:tcW w:w="640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260B8E8" w14:textId="77777777" w:rsidR="004F6363" w:rsidRPr="00F06F82" w:rsidRDefault="004F6363">
            <w:pPr>
              <w:spacing w:after="40" w:line="252" w:lineRule="auto"/>
            </w:pPr>
          </w:p>
        </w:tc>
      </w:tr>
      <w:tr w:rsidR="004F6363" w:rsidRPr="00F06F82" w14:paraId="26E7E511" w14:textId="77777777">
        <w:trPr>
          <w:cantSplit/>
          <w:jc w:val="center"/>
        </w:trPr>
        <w:tc>
          <w:tcPr>
            <w:tcW w:w="323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5BA5A8E8" w14:textId="77777777" w:rsidR="004F6363" w:rsidRPr="00F06F82" w:rsidRDefault="0068709F">
            <w:pPr>
              <w:spacing w:after="40" w:line="252" w:lineRule="auto"/>
            </w:pPr>
            <w:r w:rsidRPr="00F06F82">
              <w:rPr>
                <w:b/>
                <w:sz w:val="17"/>
              </w:rPr>
              <w:t>Formación</w:t>
            </w:r>
          </w:p>
        </w:tc>
        <w:tc>
          <w:tcPr>
            <w:tcW w:w="640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D4DA60B" w14:textId="77777777" w:rsidR="004F6363" w:rsidRPr="00F06F82" w:rsidRDefault="004F6363">
            <w:pPr>
              <w:spacing w:after="40" w:line="252" w:lineRule="auto"/>
            </w:pPr>
          </w:p>
        </w:tc>
      </w:tr>
      <w:tr w:rsidR="004F6363" w:rsidRPr="00F06F82" w14:paraId="4D94F987" w14:textId="77777777">
        <w:trPr>
          <w:cantSplit/>
          <w:jc w:val="center"/>
        </w:trPr>
        <w:tc>
          <w:tcPr>
            <w:tcW w:w="323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294B7466" w14:textId="77777777" w:rsidR="004F6363" w:rsidRPr="00F06F82" w:rsidRDefault="0068709F">
            <w:pPr>
              <w:spacing w:after="40" w:line="252" w:lineRule="auto"/>
            </w:pPr>
            <w:r w:rsidRPr="00F06F82">
              <w:rPr>
                <w:b/>
                <w:sz w:val="17"/>
              </w:rPr>
              <w:t>Experiencia relevante</w:t>
            </w:r>
          </w:p>
        </w:tc>
        <w:tc>
          <w:tcPr>
            <w:tcW w:w="640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EBD41DF" w14:textId="77777777" w:rsidR="004F6363" w:rsidRPr="00F06F82" w:rsidRDefault="004F6363">
            <w:pPr>
              <w:spacing w:after="40" w:line="252" w:lineRule="auto"/>
            </w:pPr>
          </w:p>
        </w:tc>
      </w:tr>
      <w:tr w:rsidR="004F6363" w:rsidRPr="00F06F82" w14:paraId="32BD6758" w14:textId="77777777">
        <w:trPr>
          <w:cantSplit/>
          <w:jc w:val="center"/>
        </w:trPr>
        <w:tc>
          <w:tcPr>
            <w:tcW w:w="323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24894047" w14:textId="77777777" w:rsidR="004F6363" w:rsidRPr="00F06F82" w:rsidRDefault="0068709F">
            <w:pPr>
              <w:spacing w:after="40" w:line="252" w:lineRule="auto"/>
            </w:pPr>
            <w:r w:rsidRPr="00F06F82">
              <w:rPr>
                <w:b/>
                <w:sz w:val="17"/>
              </w:rPr>
              <w:t>Publicaciones, patentes, prototipos o transferencias</w:t>
            </w:r>
          </w:p>
        </w:tc>
        <w:tc>
          <w:tcPr>
            <w:tcW w:w="640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4073BA43" w14:textId="77777777" w:rsidR="004F6363" w:rsidRPr="00F06F82" w:rsidRDefault="004F6363">
            <w:pPr>
              <w:spacing w:after="40" w:line="252" w:lineRule="auto"/>
            </w:pPr>
          </w:p>
        </w:tc>
      </w:tr>
      <w:tr w:rsidR="004F6363" w:rsidRPr="00F06F82" w14:paraId="5B187259" w14:textId="77777777">
        <w:trPr>
          <w:cantSplit/>
          <w:jc w:val="center"/>
        </w:trPr>
        <w:tc>
          <w:tcPr>
            <w:tcW w:w="323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27326DFE" w14:textId="77777777" w:rsidR="004F6363" w:rsidRPr="00F06F82" w:rsidRDefault="0068709F">
            <w:pPr>
              <w:spacing w:after="40" w:line="252" w:lineRule="auto"/>
            </w:pPr>
            <w:r w:rsidRPr="00F06F82">
              <w:rPr>
                <w:b/>
                <w:sz w:val="17"/>
              </w:rPr>
              <w:t>Experiencia empresarial o de escalamiento</w:t>
            </w:r>
          </w:p>
        </w:tc>
        <w:tc>
          <w:tcPr>
            <w:tcW w:w="640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54B266A4" w14:textId="77777777" w:rsidR="004F6363" w:rsidRPr="00F06F82" w:rsidRDefault="004F6363">
            <w:pPr>
              <w:spacing w:after="40" w:line="252" w:lineRule="auto"/>
            </w:pPr>
          </w:p>
        </w:tc>
      </w:tr>
      <w:tr w:rsidR="004F6363" w:rsidRPr="00F06F82" w14:paraId="6C325427" w14:textId="77777777">
        <w:trPr>
          <w:cantSplit/>
          <w:jc w:val="center"/>
        </w:trPr>
        <w:tc>
          <w:tcPr>
            <w:tcW w:w="3231" w:type="dxa"/>
            <w:tcBorders>
              <w:top w:val="single" w:sz="6" w:space="0" w:color="A8B6AA"/>
              <w:left w:val="single" w:sz="6" w:space="0" w:color="A8B6AA"/>
              <w:bottom w:val="single" w:sz="6" w:space="0" w:color="A8B6AA"/>
              <w:right w:val="single" w:sz="6" w:space="0" w:color="A8B6AA"/>
            </w:tcBorders>
            <w:shd w:val="clear" w:color="auto" w:fill="E9F1EA"/>
            <w:tcMar>
              <w:top w:w="70" w:type="dxa"/>
              <w:left w:w="80" w:type="dxa"/>
              <w:bottom w:w="70" w:type="dxa"/>
              <w:right w:w="80" w:type="dxa"/>
            </w:tcMar>
            <w:vAlign w:val="center"/>
          </w:tcPr>
          <w:p w14:paraId="53E7B931" w14:textId="77777777" w:rsidR="004F6363" w:rsidRPr="00F06F82" w:rsidRDefault="0068709F">
            <w:pPr>
              <w:spacing w:after="40" w:line="252" w:lineRule="auto"/>
            </w:pPr>
            <w:r w:rsidRPr="00F06F82">
              <w:rPr>
                <w:b/>
                <w:sz w:val="17"/>
              </w:rPr>
              <w:t>Rol específico en el proyecto</w:t>
            </w:r>
          </w:p>
        </w:tc>
        <w:tc>
          <w:tcPr>
            <w:tcW w:w="6406" w:type="dxa"/>
            <w:tcBorders>
              <w:top w:val="single" w:sz="6" w:space="0" w:color="A8B6AA"/>
              <w:left w:val="single" w:sz="6" w:space="0" w:color="A8B6AA"/>
              <w:bottom w:val="single" w:sz="6" w:space="0" w:color="A8B6AA"/>
              <w:right w:val="single" w:sz="6" w:space="0" w:color="A8B6AA"/>
            </w:tcBorders>
            <w:tcMar>
              <w:top w:w="70" w:type="dxa"/>
              <w:left w:w="80" w:type="dxa"/>
              <w:bottom w:w="70" w:type="dxa"/>
              <w:right w:w="80" w:type="dxa"/>
            </w:tcMar>
            <w:vAlign w:val="center"/>
          </w:tcPr>
          <w:p w14:paraId="7BB8661D" w14:textId="77777777" w:rsidR="004F6363" w:rsidRPr="00F06F82" w:rsidRDefault="004F6363">
            <w:pPr>
              <w:spacing w:after="40" w:line="252" w:lineRule="auto"/>
            </w:pPr>
          </w:p>
        </w:tc>
      </w:tr>
    </w:tbl>
    <w:p w14:paraId="30B25096" w14:textId="77777777" w:rsidR="004F6363" w:rsidRPr="00F06F82" w:rsidRDefault="004F6363"/>
    <w:p w14:paraId="43CA4BC1" w14:textId="77777777" w:rsidR="004F6363" w:rsidRPr="00F06F82" w:rsidRDefault="0068709F">
      <w:r w:rsidRPr="00F06F82">
        <w:br w:type="page"/>
      </w:r>
    </w:p>
    <w:p w14:paraId="42C90CF8" w14:textId="0839D613" w:rsidR="004F6363" w:rsidRPr="00F06F82" w:rsidRDefault="0068709F">
      <w:pPr>
        <w:jc w:val="center"/>
      </w:pPr>
      <w:r w:rsidRPr="00F06F82">
        <w:rPr>
          <w:rFonts w:ascii="Arial" w:hAnsi="Arial"/>
          <w:b/>
          <w:color w:val="17365D"/>
          <w:sz w:val="32"/>
        </w:rPr>
        <w:t>ANEXO N°</w:t>
      </w:r>
      <w:r w:rsidR="00EB4644">
        <w:rPr>
          <w:rFonts w:ascii="Arial" w:hAnsi="Arial"/>
          <w:b/>
          <w:color w:val="17365D"/>
          <w:sz w:val="32"/>
        </w:rPr>
        <w:t>6</w:t>
      </w:r>
    </w:p>
    <w:p w14:paraId="3603687A" w14:textId="77777777" w:rsidR="004F6363" w:rsidRPr="00F06F82" w:rsidRDefault="0068709F">
      <w:pPr>
        <w:jc w:val="center"/>
      </w:pPr>
      <w:r w:rsidRPr="00F06F82">
        <w:rPr>
          <w:rFonts w:ascii="Arial" w:hAnsi="Arial"/>
          <w:b/>
          <w:color w:val="2C6C42"/>
          <w:sz w:val="26"/>
        </w:rPr>
        <w:t>COMPROMISO DE PRIORIDAD DE NEGOCIACIÓN DE LA TECNOLOGÍA CON MARTÍNEZ &amp; VALDIVIESO</w:t>
      </w:r>
    </w:p>
    <w:p w14:paraId="3BCBD6C1" w14:textId="79B1FCB1" w:rsidR="004F6363" w:rsidRPr="00F06F82" w:rsidRDefault="004F6363">
      <w:pPr>
        <w:jc w:val="both"/>
      </w:pPr>
    </w:p>
    <w:tbl>
      <w:tblPr>
        <w:tblW w:w="0" w:type="auto"/>
        <w:jc w:val="center"/>
        <w:tblLook w:val="04A0" w:firstRow="1" w:lastRow="0" w:firstColumn="1" w:lastColumn="0" w:noHBand="0" w:noVBand="1"/>
      </w:tblPr>
      <w:tblGrid>
        <w:gridCol w:w="5100"/>
        <w:gridCol w:w="5100"/>
      </w:tblGrid>
      <w:tr w:rsidR="004F6363" w:rsidRPr="00F06F82" w14:paraId="65AEB1E2" w14:textId="77777777">
        <w:trPr>
          <w:jc w:val="center"/>
        </w:trPr>
        <w:tc>
          <w:tcPr>
            <w:tcW w:w="5100" w:type="dxa"/>
            <w:tcBorders>
              <w:top w:val="single" w:sz="6" w:space="0" w:color="A8B6AA"/>
              <w:left w:val="single" w:sz="6" w:space="0" w:color="A8B6AA"/>
              <w:bottom w:val="single" w:sz="6" w:space="0" w:color="A8B6AA"/>
              <w:right w:val="single" w:sz="6" w:space="0" w:color="A8B6AA"/>
            </w:tcBorders>
            <w:shd w:val="clear" w:color="auto" w:fill="E9F1EA"/>
            <w:vAlign w:val="center"/>
          </w:tcPr>
          <w:p w14:paraId="15FA7A11" w14:textId="77777777" w:rsidR="004F6363" w:rsidRPr="00F06F82" w:rsidRDefault="0068709F">
            <w:pPr>
              <w:spacing w:after="40" w:line="252" w:lineRule="auto"/>
            </w:pPr>
            <w:r w:rsidRPr="00F06F82">
              <w:rPr>
                <w:rFonts w:ascii="Arial" w:hAnsi="Arial"/>
                <w:b/>
                <w:sz w:val="17"/>
              </w:rPr>
              <w:t>Nombre del proyecto</w:t>
            </w:r>
          </w:p>
        </w:tc>
        <w:tc>
          <w:tcPr>
            <w:tcW w:w="5100" w:type="dxa"/>
            <w:tcBorders>
              <w:top w:val="single" w:sz="6" w:space="0" w:color="A8B6AA"/>
              <w:left w:val="single" w:sz="6" w:space="0" w:color="A8B6AA"/>
              <w:bottom w:val="single" w:sz="6" w:space="0" w:color="A8B6AA"/>
              <w:right w:val="single" w:sz="6" w:space="0" w:color="A8B6AA"/>
            </w:tcBorders>
            <w:vAlign w:val="center"/>
          </w:tcPr>
          <w:p w14:paraId="45298A62" w14:textId="77777777" w:rsidR="004F6363" w:rsidRPr="00F06F82" w:rsidRDefault="004F6363">
            <w:pPr>
              <w:spacing w:after="40" w:line="252" w:lineRule="auto"/>
            </w:pPr>
          </w:p>
        </w:tc>
      </w:tr>
      <w:tr w:rsidR="004F6363" w:rsidRPr="00F06F82" w14:paraId="7F2D3381" w14:textId="77777777">
        <w:trPr>
          <w:jc w:val="center"/>
        </w:trPr>
        <w:tc>
          <w:tcPr>
            <w:tcW w:w="5100" w:type="dxa"/>
            <w:tcBorders>
              <w:top w:val="single" w:sz="6" w:space="0" w:color="A8B6AA"/>
              <w:left w:val="single" w:sz="6" w:space="0" w:color="A8B6AA"/>
              <w:bottom w:val="single" w:sz="6" w:space="0" w:color="A8B6AA"/>
              <w:right w:val="single" w:sz="6" w:space="0" w:color="A8B6AA"/>
            </w:tcBorders>
            <w:shd w:val="clear" w:color="auto" w:fill="E9F1EA"/>
            <w:vAlign w:val="center"/>
          </w:tcPr>
          <w:p w14:paraId="6393F68E" w14:textId="77777777" w:rsidR="004F6363" w:rsidRPr="00F06F82" w:rsidRDefault="0068709F">
            <w:pPr>
              <w:spacing w:after="40" w:line="252" w:lineRule="auto"/>
            </w:pPr>
            <w:r w:rsidRPr="00F06F82">
              <w:rPr>
                <w:rFonts w:ascii="Arial" w:hAnsi="Arial"/>
                <w:b/>
                <w:sz w:val="17"/>
              </w:rPr>
              <w:t>Entidad postulante</w:t>
            </w:r>
          </w:p>
        </w:tc>
        <w:tc>
          <w:tcPr>
            <w:tcW w:w="5100" w:type="dxa"/>
            <w:tcBorders>
              <w:top w:val="single" w:sz="6" w:space="0" w:color="A8B6AA"/>
              <w:left w:val="single" w:sz="6" w:space="0" w:color="A8B6AA"/>
              <w:bottom w:val="single" w:sz="6" w:space="0" w:color="A8B6AA"/>
              <w:right w:val="single" w:sz="6" w:space="0" w:color="A8B6AA"/>
            </w:tcBorders>
            <w:vAlign w:val="center"/>
          </w:tcPr>
          <w:p w14:paraId="3E668C9D" w14:textId="77777777" w:rsidR="004F6363" w:rsidRPr="00F06F82" w:rsidRDefault="004F6363">
            <w:pPr>
              <w:spacing w:after="40" w:line="252" w:lineRule="auto"/>
            </w:pPr>
          </w:p>
        </w:tc>
      </w:tr>
      <w:tr w:rsidR="004F6363" w:rsidRPr="00F06F82" w14:paraId="6692FE2E" w14:textId="77777777">
        <w:trPr>
          <w:jc w:val="center"/>
        </w:trPr>
        <w:tc>
          <w:tcPr>
            <w:tcW w:w="5100" w:type="dxa"/>
            <w:tcBorders>
              <w:top w:val="single" w:sz="6" w:space="0" w:color="A8B6AA"/>
              <w:left w:val="single" w:sz="6" w:space="0" w:color="A8B6AA"/>
              <w:bottom w:val="single" w:sz="6" w:space="0" w:color="A8B6AA"/>
              <w:right w:val="single" w:sz="6" w:space="0" w:color="A8B6AA"/>
            </w:tcBorders>
            <w:shd w:val="clear" w:color="auto" w:fill="E9F1EA"/>
            <w:vAlign w:val="center"/>
          </w:tcPr>
          <w:p w14:paraId="657E6256" w14:textId="77777777" w:rsidR="004F6363" w:rsidRPr="00F06F82" w:rsidRDefault="0068709F">
            <w:pPr>
              <w:spacing w:after="40" w:line="252" w:lineRule="auto"/>
            </w:pPr>
            <w:r w:rsidRPr="00F06F82">
              <w:rPr>
                <w:rFonts w:ascii="Arial" w:hAnsi="Arial"/>
                <w:b/>
                <w:sz w:val="17"/>
              </w:rPr>
              <w:t>Director o líder responsable</w:t>
            </w:r>
          </w:p>
        </w:tc>
        <w:tc>
          <w:tcPr>
            <w:tcW w:w="5100" w:type="dxa"/>
            <w:tcBorders>
              <w:top w:val="single" w:sz="6" w:space="0" w:color="A8B6AA"/>
              <w:left w:val="single" w:sz="6" w:space="0" w:color="A8B6AA"/>
              <w:bottom w:val="single" w:sz="6" w:space="0" w:color="A8B6AA"/>
              <w:right w:val="single" w:sz="6" w:space="0" w:color="A8B6AA"/>
            </w:tcBorders>
            <w:vAlign w:val="center"/>
          </w:tcPr>
          <w:p w14:paraId="3C8F7547" w14:textId="77777777" w:rsidR="004F6363" w:rsidRPr="00F06F82" w:rsidRDefault="004F6363">
            <w:pPr>
              <w:spacing w:after="40" w:line="252" w:lineRule="auto"/>
            </w:pPr>
          </w:p>
        </w:tc>
      </w:tr>
      <w:tr w:rsidR="004F6363" w:rsidRPr="00F06F82" w14:paraId="11B6E38D" w14:textId="77777777">
        <w:trPr>
          <w:jc w:val="center"/>
        </w:trPr>
        <w:tc>
          <w:tcPr>
            <w:tcW w:w="5100" w:type="dxa"/>
            <w:tcBorders>
              <w:top w:val="single" w:sz="6" w:space="0" w:color="A8B6AA"/>
              <w:left w:val="single" w:sz="6" w:space="0" w:color="A8B6AA"/>
              <w:bottom w:val="single" w:sz="6" w:space="0" w:color="A8B6AA"/>
              <w:right w:val="single" w:sz="6" w:space="0" w:color="A8B6AA"/>
            </w:tcBorders>
            <w:shd w:val="clear" w:color="auto" w:fill="E9F1EA"/>
            <w:vAlign w:val="center"/>
          </w:tcPr>
          <w:p w14:paraId="302E1F4D" w14:textId="465ED7DB" w:rsidR="004F6363" w:rsidRPr="00F06F82" w:rsidRDefault="0068709F">
            <w:pPr>
              <w:spacing w:after="40" w:line="252" w:lineRule="auto"/>
            </w:pPr>
            <w:r w:rsidRPr="00F06F82">
              <w:rPr>
                <w:rFonts w:ascii="Arial" w:hAnsi="Arial"/>
                <w:b/>
                <w:sz w:val="17"/>
              </w:rPr>
              <w:t xml:space="preserve">Representante legal </w:t>
            </w:r>
          </w:p>
        </w:tc>
        <w:tc>
          <w:tcPr>
            <w:tcW w:w="5100" w:type="dxa"/>
            <w:tcBorders>
              <w:top w:val="single" w:sz="6" w:space="0" w:color="A8B6AA"/>
              <w:left w:val="single" w:sz="6" w:space="0" w:color="A8B6AA"/>
              <w:bottom w:val="single" w:sz="6" w:space="0" w:color="A8B6AA"/>
              <w:right w:val="single" w:sz="6" w:space="0" w:color="A8B6AA"/>
            </w:tcBorders>
            <w:vAlign w:val="center"/>
          </w:tcPr>
          <w:p w14:paraId="747398B9" w14:textId="77777777" w:rsidR="004F6363" w:rsidRPr="00F06F82" w:rsidRDefault="004F6363">
            <w:pPr>
              <w:spacing w:after="40" w:line="252" w:lineRule="auto"/>
            </w:pPr>
          </w:p>
        </w:tc>
      </w:tr>
    </w:tbl>
    <w:p w14:paraId="4D981721" w14:textId="07907889" w:rsidR="001220AC" w:rsidRPr="001D58D1" w:rsidRDefault="00F111A9">
      <w:pPr>
        <w:spacing w:before="100" w:after="60"/>
        <w:rPr>
          <w:rFonts w:ascii="Arial" w:hAnsi="Arial"/>
          <w:sz w:val="18"/>
        </w:rPr>
      </w:pPr>
      <w:r w:rsidRPr="001D58D1">
        <w:rPr>
          <w:rFonts w:ascii="Arial" w:hAnsi="Arial"/>
          <w:sz w:val="18"/>
        </w:rPr>
        <w:t xml:space="preserve">En mi calidad de Representante Legal declaro aceptar las siguientes condiciones </w:t>
      </w:r>
      <w:r w:rsidR="001D58D1" w:rsidRPr="001D58D1">
        <w:rPr>
          <w:rFonts w:ascii="Arial" w:hAnsi="Arial"/>
          <w:sz w:val="18"/>
        </w:rPr>
        <w:t xml:space="preserve">relativas a la prioridad de negociación establecidas en las bases del Concurso: </w:t>
      </w:r>
    </w:p>
    <w:p w14:paraId="20C740B8" w14:textId="3C380EAF" w:rsidR="004F6363" w:rsidRPr="00F06F82" w:rsidRDefault="0068709F" w:rsidP="00E05068">
      <w:pPr>
        <w:spacing w:before="100" w:after="60"/>
        <w:jc w:val="both"/>
      </w:pPr>
      <w:r w:rsidRPr="00F06F82">
        <w:rPr>
          <w:rFonts w:ascii="Arial" w:hAnsi="Arial"/>
          <w:b/>
          <w:color w:val="2C6C42"/>
        </w:rPr>
        <w:t xml:space="preserve">1. Reconocimiento de prioridad. </w:t>
      </w:r>
      <w:r w:rsidRPr="00F06F82">
        <w:rPr>
          <w:rFonts w:ascii="Arial" w:hAnsi="Arial"/>
          <w:sz w:val="18"/>
        </w:rPr>
        <w:t xml:space="preserve">La entidad postulante, el titular de la tecnología y sus representantes reconocen a Martínez &amp; Valdivieso prioridad para negociar una licencia, acuerdo de </w:t>
      </w:r>
      <w:proofErr w:type="spellStart"/>
      <w:r w:rsidRPr="00F06F82">
        <w:rPr>
          <w:rFonts w:ascii="Arial" w:hAnsi="Arial"/>
          <w:sz w:val="18"/>
        </w:rPr>
        <w:t>co-desarrollo</w:t>
      </w:r>
      <w:proofErr w:type="spellEnd"/>
      <w:r w:rsidRPr="00F06F82">
        <w:rPr>
          <w:rFonts w:ascii="Arial" w:hAnsi="Arial"/>
          <w:sz w:val="18"/>
        </w:rPr>
        <w:t>, distribución, suministro, producción, comercialización, licencia de marca o tecnología, u otra modalidad de explotación respecto de los resultados y derechos definidos en las bases y en el convenio.</w:t>
      </w:r>
    </w:p>
    <w:p w14:paraId="170AA0D9" w14:textId="77777777" w:rsidR="004F6363" w:rsidRPr="00F06F82" w:rsidRDefault="0068709F" w:rsidP="00E05068">
      <w:pPr>
        <w:spacing w:before="100" w:after="60"/>
        <w:jc w:val="both"/>
      </w:pPr>
      <w:r w:rsidRPr="00F06F82">
        <w:rPr>
          <w:rFonts w:ascii="Arial" w:hAnsi="Arial"/>
          <w:b/>
          <w:color w:val="2C6C42"/>
        </w:rPr>
        <w:t xml:space="preserve">2. Comunicación de interés. </w:t>
      </w:r>
      <w:r w:rsidRPr="00F06F82">
        <w:rPr>
          <w:rFonts w:ascii="Arial" w:hAnsi="Arial"/>
          <w:sz w:val="18"/>
        </w:rPr>
        <w:t>Martínez &amp; Valdivieso dispondrá de 60 días corridos desde la recepción y aprobación del informe final para comunicar por escrito su interés en iniciar la negociación, identificando el campo de aplicación, territorio y modalidad de explotación de interés.</w:t>
      </w:r>
    </w:p>
    <w:p w14:paraId="0DC95BAF" w14:textId="77777777" w:rsidR="004F6363" w:rsidRPr="00F06F82" w:rsidRDefault="0068709F" w:rsidP="00E05068">
      <w:pPr>
        <w:spacing w:before="100" w:after="60"/>
        <w:jc w:val="both"/>
      </w:pPr>
      <w:r w:rsidRPr="00F06F82">
        <w:rPr>
          <w:rFonts w:ascii="Arial" w:hAnsi="Arial"/>
          <w:b/>
          <w:color w:val="2C6C42"/>
        </w:rPr>
        <w:t xml:space="preserve">3. Período de negociación. </w:t>
      </w:r>
      <w:r w:rsidRPr="00F06F82">
        <w:rPr>
          <w:rFonts w:ascii="Arial" w:hAnsi="Arial"/>
          <w:sz w:val="18"/>
        </w:rPr>
        <w:t>Desde la comunicación de interés se abrirá un período de negociación preferente de hasta 180 días corridos, durante el cual las partes negociarán de buena fe las condiciones técnicas, económicas, territoriales, regulatorias y comerciales aplicables.</w:t>
      </w:r>
    </w:p>
    <w:p w14:paraId="00CEFA8E" w14:textId="77777777" w:rsidR="004F6363" w:rsidRPr="00F06F82" w:rsidRDefault="0068709F" w:rsidP="00E05068">
      <w:pPr>
        <w:spacing w:before="100" w:after="60"/>
        <w:jc w:val="both"/>
      </w:pPr>
      <w:r w:rsidRPr="00F06F82">
        <w:rPr>
          <w:rFonts w:ascii="Arial" w:hAnsi="Arial"/>
          <w:b/>
          <w:color w:val="2C6C42"/>
        </w:rPr>
        <w:t xml:space="preserve">4. Restricción temporal frente a terceros. </w:t>
      </w:r>
      <w:r w:rsidRPr="00F06F82">
        <w:rPr>
          <w:rFonts w:ascii="Arial" w:hAnsi="Arial"/>
          <w:sz w:val="18"/>
        </w:rPr>
        <w:t>Durante el período de negociación preferente, el titular no ofrecerá, negociará ni suscribirá con terceros derechos equivalentes respecto del campo de aplicación y territorio comunicados por Martínez &amp; Valdivieso, salvo renuncia escrita o vencimiento del período sin acuerdo.</w:t>
      </w:r>
    </w:p>
    <w:p w14:paraId="1F6ED2FC" w14:textId="77777777" w:rsidR="004F6363" w:rsidRPr="00F06F82" w:rsidRDefault="0068709F" w:rsidP="00E05068">
      <w:pPr>
        <w:spacing w:before="100" w:after="60"/>
        <w:jc w:val="both"/>
      </w:pPr>
      <w:r w:rsidRPr="00F06F82">
        <w:rPr>
          <w:rFonts w:ascii="Arial" w:hAnsi="Arial"/>
          <w:b/>
          <w:color w:val="2C6C42"/>
        </w:rPr>
        <w:t xml:space="preserve">5. Ausencia de transferencia automática. </w:t>
      </w:r>
      <w:r w:rsidRPr="00F06F82">
        <w:rPr>
          <w:rFonts w:ascii="Arial" w:hAnsi="Arial"/>
          <w:sz w:val="18"/>
        </w:rPr>
        <w:t>La firma de este anexo no transfiere la titularidad de la tecnología, no concede una licencia comercial automática y no obliga a las partes a celebrar un contrato definitivo. Todo acuerdo deberá constar por escrito y ser suscrito por representantes facultados.</w:t>
      </w:r>
    </w:p>
    <w:p w14:paraId="79A0C644" w14:textId="77777777" w:rsidR="004F6363" w:rsidRDefault="0068709F" w:rsidP="00E05068">
      <w:pPr>
        <w:spacing w:before="100" w:after="60"/>
        <w:jc w:val="both"/>
        <w:rPr>
          <w:rFonts w:ascii="Arial" w:hAnsi="Arial"/>
          <w:sz w:val="18"/>
        </w:rPr>
      </w:pPr>
      <w:r w:rsidRPr="00F06F82">
        <w:rPr>
          <w:rFonts w:ascii="Arial" w:hAnsi="Arial"/>
          <w:b/>
          <w:color w:val="2C6C42"/>
        </w:rPr>
        <w:t xml:space="preserve">6. Confidencialidad y derechos preexistentes. </w:t>
      </w:r>
      <w:r w:rsidRPr="00F06F82">
        <w:rPr>
          <w:rFonts w:ascii="Arial" w:hAnsi="Arial"/>
          <w:sz w:val="18"/>
        </w:rPr>
        <w:t xml:space="preserve">Las partes mantendrán la confidencialidad de la información intercambiada y respetarán el </w:t>
      </w:r>
      <w:proofErr w:type="spellStart"/>
      <w:r w:rsidRPr="00F06F82">
        <w:rPr>
          <w:rFonts w:ascii="Arial" w:hAnsi="Arial"/>
          <w:sz w:val="18"/>
        </w:rPr>
        <w:t>Background</w:t>
      </w:r>
      <w:proofErr w:type="spellEnd"/>
      <w:r w:rsidRPr="00F06F82">
        <w:rPr>
          <w:rFonts w:ascii="Arial" w:hAnsi="Arial"/>
          <w:sz w:val="18"/>
        </w:rPr>
        <w:t xml:space="preserve"> IP, los derechos de terceros y las condiciones establecidas en las bases y en el convenio de participación.</w:t>
      </w:r>
    </w:p>
    <w:p w14:paraId="5B878BF1" w14:textId="77777777" w:rsidR="00E05068" w:rsidRDefault="00E05068" w:rsidP="00E05068">
      <w:pPr>
        <w:spacing w:before="100" w:after="60"/>
        <w:jc w:val="both"/>
        <w:rPr>
          <w:rFonts w:ascii="Arial" w:hAnsi="Arial"/>
          <w:sz w:val="18"/>
        </w:rPr>
      </w:pPr>
    </w:p>
    <w:p w14:paraId="672A0E83" w14:textId="77777777" w:rsidR="00E05068" w:rsidRPr="00F06F82" w:rsidRDefault="00E05068" w:rsidP="00E05068">
      <w:pPr>
        <w:spacing w:before="100" w:after="60"/>
        <w:jc w:val="both"/>
      </w:pPr>
    </w:p>
    <w:tbl>
      <w:tblPr>
        <w:tblW w:w="0" w:type="auto"/>
        <w:jc w:val="center"/>
        <w:tblLook w:val="04A0" w:firstRow="1" w:lastRow="0" w:firstColumn="1" w:lastColumn="0" w:noHBand="0" w:noVBand="1"/>
      </w:tblPr>
      <w:tblGrid>
        <w:gridCol w:w="3400"/>
        <w:gridCol w:w="3400"/>
      </w:tblGrid>
      <w:tr w:rsidR="001220AC" w:rsidRPr="00F06F82" w14:paraId="0F5B7E80" w14:textId="77777777">
        <w:trPr>
          <w:jc w:val="center"/>
        </w:trPr>
        <w:tc>
          <w:tcPr>
            <w:tcW w:w="3400" w:type="dxa"/>
            <w:tcBorders>
              <w:top w:val="single" w:sz="6" w:space="0" w:color="A8B6AA"/>
              <w:left w:val="single" w:sz="6" w:space="0" w:color="A8B6AA"/>
              <w:bottom w:val="single" w:sz="6" w:space="0" w:color="A8B6AA"/>
              <w:right w:val="single" w:sz="6" w:space="0" w:color="A8B6AA"/>
            </w:tcBorders>
            <w:shd w:val="clear" w:color="auto" w:fill="E9F1EA"/>
            <w:vAlign w:val="center"/>
          </w:tcPr>
          <w:p w14:paraId="27E3174D" w14:textId="77777777" w:rsidR="001220AC" w:rsidRPr="00F06F82" w:rsidRDefault="001220AC">
            <w:pPr>
              <w:spacing w:after="40" w:line="252" w:lineRule="auto"/>
            </w:pPr>
            <w:r w:rsidRPr="00F06F82">
              <w:rPr>
                <w:rFonts w:ascii="Arial" w:hAnsi="Arial"/>
                <w:b/>
                <w:color w:val="2C6C42"/>
                <w:sz w:val="16"/>
              </w:rPr>
              <w:t>Director/a o líder responsable</w:t>
            </w:r>
          </w:p>
        </w:tc>
        <w:tc>
          <w:tcPr>
            <w:tcW w:w="3400" w:type="dxa"/>
            <w:tcBorders>
              <w:top w:val="single" w:sz="6" w:space="0" w:color="A8B6AA"/>
              <w:left w:val="single" w:sz="6" w:space="0" w:color="A8B6AA"/>
              <w:bottom w:val="single" w:sz="6" w:space="0" w:color="A8B6AA"/>
              <w:right w:val="single" w:sz="6" w:space="0" w:color="A8B6AA"/>
            </w:tcBorders>
            <w:shd w:val="clear" w:color="auto" w:fill="E9F1EA"/>
            <w:vAlign w:val="center"/>
          </w:tcPr>
          <w:p w14:paraId="4E01B91E" w14:textId="5187B796" w:rsidR="001220AC" w:rsidRPr="00F06F82" w:rsidRDefault="001220AC">
            <w:pPr>
              <w:spacing w:after="40" w:line="252" w:lineRule="auto"/>
            </w:pPr>
            <w:r w:rsidRPr="00F06F82">
              <w:rPr>
                <w:rFonts w:ascii="Arial" w:hAnsi="Arial"/>
                <w:b/>
                <w:color w:val="2C6C42"/>
                <w:sz w:val="16"/>
              </w:rPr>
              <w:t xml:space="preserve">Titular / representante legal </w:t>
            </w:r>
          </w:p>
        </w:tc>
      </w:tr>
      <w:tr w:rsidR="001220AC" w:rsidRPr="00F06F82" w14:paraId="0CEE9ED3" w14:textId="77777777">
        <w:trPr>
          <w:jc w:val="center"/>
        </w:trPr>
        <w:tc>
          <w:tcPr>
            <w:tcW w:w="3400" w:type="dxa"/>
            <w:tcBorders>
              <w:top w:val="single" w:sz="6" w:space="0" w:color="A8B6AA"/>
              <w:left w:val="single" w:sz="6" w:space="0" w:color="A8B6AA"/>
              <w:bottom w:val="single" w:sz="6" w:space="0" w:color="A8B6AA"/>
              <w:right w:val="single" w:sz="6" w:space="0" w:color="A8B6AA"/>
            </w:tcBorders>
            <w:vAlign w:val="center"/>
          </w:tcPr>
          <w:p w14:paraId="4410A641" w14:textId="77777777" w:rsidR="001220AC" w:rsidRPr="00F06F82" w:rsidRDefault="001220AC">
            <w:pPr>
              <w:spacing w:after="40" w:line="252" w:lineRule="auto"/>
            </w:pPr>
            <w:r w:rsidRPr="00F06F82">
              <w:rPr>
                <w:rFonts w:ascii="Arial" w:hAnsi="Arial"/>
                <w:sz w:val="16"/>
              </w:rPr>
              <w:br/>
              <w:t>Firma: ______________________________</w:t>
            </w:r>
          </w:p>
        </w:tc>
        <w:tc>
          <w:tcPr>
            <w:tcW w:w="3400" w:type="dxa"/>
            <w:tcBorders>
              <w:top w:val="single" w:sz="6" w:space="0" w:color="A8B6AA"/>
              <w:left w:val="single" w:sz="6" w:space="0" w:color="A8B6AA"/>
              <w:bottom w:val="single" w:sz="6" w:space="0" w:color="A8B6AA"/>
              <w:right w:val="single" w:sz="6" w:space="0" w:color="A8B6AA"/>
            </w:tcBorders>
            <w:vAlign w:val="center"/>
          </w:tcPr>
          <w:p w14:paraId="4DC6D677" w14:textId="77777777" w:rsidR="001220AC" w:rsidRPr="00F06F82" w:rsidRDefault="001220AC">
            <w:pPr>
              <w:spacing w:after="40" w:line="252" w:lineRule="auto"/>
            </w:pPr>
            <w:r w:rsidRPr="00F06F82">
              <w:rPr>
                <w:rFonts w:ascii="Arial" w:hAnsi="Arial"/>
                <w:sz w:val="16"/>
              </w:rPr>
              <w:br/>
              <w:t>Firma: ______________________________</w:t>
            </w:r>
          </w:p>
        </w:tc>
      </w:tr>
      <w:tr w:rsidR="001220AC" w:rsidRPr="00F06F82" w14:paraId="5BBB91AE" w14:textId="77777777">
        <w:trPr>
          <w:jc w:val="center"/>
        </w:trPr>
        <w:tc>
          <w:tcPr>
            <w:tcW w:w="3400" w:type="dxa"/>
            <w:tcBorders>
              <w:top w:val="single" w:sz="6" w:space="0" w:color="A8B6AA"/>
              <w:left w:val="single" w:sz="6" w:space="0" w:color="A8B6AA"/>
              <w:bottom w:val="single" w:sz="6" w:space="0" w:color="A8B6AA"/>
              <w:right w:val="single" w:sz="6" w:space="0" w:color="A8B6AA"/>
            </w:tcBorders>
            <w:vAlign w:val="center"/>
          </w:tcPr>
          <w:p w14:paraId="394FAE50" w14:textId="77777777" w:rsidR="001220AC" w:rsidRPr="00F06F82" w:rsidRDefault="001220AC">
            <w:pPr>
              <w:spacing w:after="40" w:line="252" w:lineRule="auto"/>
            </w:pPr>
            <w:r w:rsidRPr="00F06F82">
              <w:rPr>
                <w:rFonts w:ascii="Arial" w:hAnsi="Arial"/>
                <w:sz w:val="16"/>
              </w:rPr>
              <w:t>Nombre: _____________________________</w:t>
            </w:r>
          </w:p>
        </w:tc>
        <w:tc>
          <w:tcPr>
            <w:tcW w:w="3400" w:type="dxa"/>
            <w:tcBorders>
              <w:top w:val="single" w:sz="6" w:space="0" w:color="A8B6AA"/>
              <w:left w:val="single" w:sz="6" w:space="0" w:color="A8B6AA"/>
              <w:bottom w:val="single" w:sz="6" w:space="0" w:color="A8B6AA"/>
              <w:right w:val="single" w:sz="6" w:space="0" w:color="A8B6AA"/>
            </w:tcBorders>
            <w:vAlign w:val="center"/>
          </w:tcPr>
          <w:p w14:paraId="40DF0C9A" w14:textId="77777777" w:rsidR="001220AC" w:rsidRPr="00F06F82" w:rsidRDefault="001220AC">
            <w:pPr>
              <w:spacing w:after="40" w:line="252" w:lineRule="auto"/>
            </w:pPr>
            <w:r w:rsidRPr="00F06F82">
              <w:rPr>
                <w:rFonts w:ascii="Arial" w:hAnsi="Arial"/>
                <w:sz w:val="16"/>
              </w:rPr>
              <w:t>Nombre: _____________________________</w:t>
            </w:r>
          </w:p>
        </w:tc>
      </w:tr>
      <w:tr w:rsidR="001220AC" w:rsidRPr="00F06F82" w14:paraId="17C6FA57" w14:textId="77777777">
        <w:trPr>
          <w:jc w:val="center"/>
        </w:trPr>
        <w:tc>
          <w:tcPr>
            <w:tcW w:w="3400" w:type="dxa"/>
            <w:tcBorders>
              <w:top w:val="single" w:sz="6" w:space="0" w:color="A8B6AA"/>
              <w:left w:val="single" w:sz="6" w:space="0" w:color="A8B6AA"/>
              <w:bottom w:val="single" w:sz="6" w:space="0" w:color="A8B6AA"/>
              <w:right w:val="single" w:sz="6" w:space="0" w:color="A8B6AA"/>
            </w:tcBorders>
            <w:vAlign w:val="center"/>
          </w:tcPr>
          <w:p w14:paraId="45D0B34D" w14:textId="77777777" w:rsidR="001220AC" w:rsidRPr="00F06F82" w:rsidRDefault="001220AC">
            <w:pPr>
              <w:spacing w:after="40" w:line="252" w:lineRule="auto"/>
            </w:pPr>
            <w:r w:rsidRPr="00F06F82">
              <w:rPr>
                <w:rFonts w:ascii="Arial" w:hAnsi="Arial"/>
                <w:sz w:val="16"/>
              </w:rPr>
              <w:t>Fecha: ____ / ____ / ______</w:t>
            </w:r>
          </w:p>
        </w:tc>
        <w:tc>
          <w:tcPr>
            <w:tcW w:w="3400" w:type="dxa"/>
            <w:tcBorders>
              <w:top w:val="single" w:sz="6" w:space="0" w:color="A8B6AA"/>
              <w:left w:val="single" w:sz="6" w:space="0" w:color="A8B6AA"/>
              <w:bottom w:val="single" w:sz="6" w:space="0" w:color="A8B6AA"/>
              <w:right w:val="single" w:sz="6" w:space="0" w:color="A8B6AA"/>
            </w:tcBorders>
            <w:vAlign w:val="center"/>
          </w:tcPr>
          <w:p w14:paraId="727B6ACF" w14:textId="77777777" w:rsidR="001220AC" w:rsidRPr="00F06F82" w:rsidRDefault="001220AC">
            <w:pPr>
              <w:spacing w:after="40" w:line="252" w:lineRule="auto"/>
            </w:pPr>
            <w:r w:rsidRPr="00F06F82">
              <w:rPr>
                <w:rFonts w:ascii="Arial" w:hAnsi="Arial"/>
                <w:sz w:val="16"/>
              </w:rPr>
              <w:t>Fecha: ____ / ____ / ______</w:t>
            </w:r>
          </w:p>
        </w:tc>
      </w:tr>
    </w:tbl>
    <w:p w14:paraId="477E9167" w14:textId="198DD3C7" w:rsidR="004F6363" w:rsidRPr="00F06F82" w:rsidRDefault="004F6363">
      <w:pPr>
        <w:jc w:val="center"/>
        <w:rPr>
          <w:lang w:val="es-CL"/>
        </w:rPr>
      </w:pPr>
    </w:p>
    <w:sectPr w:rsidR="004F6363" w:rsidRPr="00F06F82" w:rsidSect="00034616">
      <w:headerReference w:type="default" r:id="rId9"/>
      <w:footerReference w:type="default" r:id="rId10"/>
      <w:pgSz w:w="12240" w:h="15840"/>
      <w:pgMar w:top="964" w:right="1020" w:bottom="907" w:left="1020" w:header="720" w:footer="720" w:gutter="0"/>
      <w:pgBorders w:offsetFrom="page">
        <w:top w:val="single" w:sz="8" w:space="20" w:color="2C6C42"/>
        <w:left w:val="single" w:sz="8" w:space="20" w:color="2C6C42"/>
        <w:bottom w:val="single" w:sz="8" w:space="20" w:color="2C6C42"/>
        <w:right w:val="single" w:sz="8" w:space="20" w:color="2C6C42"/>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80B8C" w14:textId="77777777" w:rsidR="006125A7" w:rsidRPr="00F06F82" w:rsidRDefault="006125A7">
      <w:pPr>
        <w:spacing w:after="0" w:line="240" w:lineRule="auto"/>
      </w:pPr>
      <w:r w:rsidRPr="00F06F82">
        <w:separator/>
      </w:r>
    </w:p>
  </w:endnote>
  <w:endnote w:type="continuationSeparator" w:id="0">
    <w:p w14:paraId="5D2D70F2" w14:textId="77777777" w:rsidR="006125A7" w:rsidRPr="00F06F82" w:rsidRDefault="006125A7">
      <w:pPr>
        <w:spacing w:after="0" w:line="240" w:lineRule="auto"/>
      </w:pPr>
      <w:r w:rsidRPr="00F06F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8CAB" w14:textId="77777777" w:rsidR="004F6363" w:rsidRPr="00F06F82" w:rsidRDefault="0068709F">
    <w:pPr>
      <w:pStyle w:val="Piedepgina"/>
      <w:jc w:val="center"/>
    </w:pPr>
    <w:r w:rsidRPr="00F06F82">
      <w:rPr>
        <w:rFonts w:ascii="Arial" w:hAnsi="Arial"/>
        <w:color w:val="5F6467"/>
        <w:sz w:val="16"/>
      </w:rPr>
      <w:t xml:space="preserve">Concurso Agro-Future Joint Lab · Validación Colaborativa · Martínez &amp; Valdivieso · Página </w:t>
    </w:r>
    <w:r w:rsidRPr="00F06F82">
      <w:fldChar w:fldCharType="begin"/>
    </w:r>
    <w:r w:rsidRPr="00F06F82">
      <w:instrText>PAGE</w:instrText>
    </w:r>
    <w:r w:rsidRPr="00F06F82">
      <w:fldChar w:fldCharType="separate"/>
    </w:r>
    <w:r w:rsidR="00F06F82" w:rsidRPr="00F06F82">
      <w:t>1</w:t>
    </w:r>
    <w:r w:rsidRPr="00F06F8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DA063" w14:textId="77777777" w:rsidR="006125A7" w:rsidRPr="00F06F82" w:rsidRDefault="006125A7">
      <w:pPr>
        <w:spacing w:after="0" w:line="240" w:lineRule="auto"/>
      </w:pPr>
      <w:r w:rsidRPr="00F06F82">
        <w:separator/>
      </w:r>
    </w:p>
  </w:footnote>
  <w:footnote w:type="continuationSeparator" w:id="0">
    <w:p w14:paraId="1C25D5F3" w14:textId="77777777" w:rsidR="006125A7" w:rsidRPr="00F06F82" w:rsidRDefault="006125A7">
      <w:pPr>
        <w:spacing w:after="0" w:line="240" w:lineRule="auto"/>
      </w:pPr>
      <w:r w:rsidRPr="00F06F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4A0" w:firstRow="1" w:lastRow="0" w:firstColumn="1" w:lastColumn="0" w:noHBand="0" w:noVBand="1"/>
    </w:tblPr>
    <w:tblGrid>
      <w:gridCol w:w="5100"/>
      <w:gridCol w:w="5100"/>
    </w:tblGrid>
    <w:tr w:rsidR="004F6363" w:rsidRPr="00F06F82" w14:paraId="14BF1830" w14:textId="77777777">
      <w:trPr>
        <w:jc w:val="center"/>
      </w:trPr>
      <w:tc>
        <w:tcPr>
          <w:tcW w:w="5100" w:type="dxa"/>
          <w:tcBorders>
            <w:bottom w:val="single" w:sz="8" w:space="0" w:color="2C6C42"/>
          </w:tcBorders>
        </w:tcPr>
        <w:p w14:paraId="56DBA765" w14:textId="379B7C6D" w:rsidR="004F6363" w:rsidRPr="00F06F82" w:rsidRDefault="004F6363">
          <w:pPr>
            <w:jc w:val="center"/>
          </w:pPr>
        </w:p>
      </w:tc>
      <w:tc>
        <w:tcPr>
          <w:tcW w:w="5100" w:type="dxa"/>
          <w:tcBorders>
            <w:bottom w:val="single" w:sz="8" w:space="0" w:color="2C6C42"/>
          </w:tcBorders>
        </w:tcPr>
        <w:p w14:paraId="43B1BD7C" w14:textId="228D3001" w:rsidR="004F6363" w:rsidRPr="00F06F82" w:rsidRDefault="004F6363">
          <w:pPr>
            <w:jc w:val="right"/>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764106839">
    <w:abstractNumId w:val="8"/>
  </w:num>
  <w:num w:numId="2" w16cid:durableId="554893591">
    <w:abstractNumId w:val="6"/>
  </w:num>
  <w:num w:numId="3" w16cid:durableId="1771848855">
    <w:abstractNumId w:val="5"/>
  </w:num>
  <w:num w:numId="4" w16cid:durableId="1409307104">
    <w:abstractNumId w:val="4"/>
  </w:num>
  <w:num w:numId="5" w16cid:durableId="1107581738">
    <w:abstractNumId w:val="7"/>
  </w:num>
  <w:num w:numId="6" w16cid:durableId="1637492580">
    <w:abstractNumId w:val="3"/>
  </w:num>
  <w:num w:numId="7" w16cid:durableId="1639334311">
    <w:abstractNumId w:val="2"/>
  </w:num>
  <w:num w:numId="8" w16cid:durableId="1950311971">
    <w:abstractNumId w:val="1"/>
  </w:num>
  <w:num w:numId="9" w16cid:durableId="932780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7412"/>
    <w:rsid w:val="00034616"/>
    <w:rsid w:val="00057254"/>
    <w:rsid w:val="0006063C"/>
    <w:rsid w:val="000628CA"/>
    <w:rsid w:val="00087933"/>
    <w:rsid w:val="00087AEC"/>
    <w:rsid w:val="00094713"/>
    <w:rsid w:val="00110AEB"/>
    <w:rsid w:val="001220AC"/>
    <w:rsid w:val="0015074B"/>
    <w:rsid w:val="00156C38"/>
    <w:rsid w:val="00181671"/>
    <w:rsid w:val="00183EF0"/>
    <w:rsid w:val="001D58D1"/>
    <w:rsid w:val="00204318"/>
    <w:rsid w:val="002400B8"/>
    <w:rsid w:val="0029639D"/>
    <w:rsid w:val="002A7060"/>
    <w:rsid w:val="00326F90"/>
    <w:rsid w:val="00351DC4"/>
    <w:rsid w:val="00402DA2"/>
    <w:rsid w:val="00462611"/>
    <w:rsid w:val="004653F5"/>
    <w:rsid w:val="004F6363"/>
    <w:rsid w:val="005142EE"/>
    <w:rsid w:val="00564ADD"/>
    <w:rsid w:val="005818FB"/>
    <w:rsid w:val="00592CC4"/>
    <w:rsid w:val="005B5A12"/>
    <w:rsid w:val="006125A7"/>
    <w:rsid w:val="00613E60"/>
    <w:rsid w:val="00670492"/>
    <w:rsid w:val="0068709F"/>
    <w:rsid w:val="006914F7"/>
    <w:rsid w:val="006A2668"/>
    <w:rsid w:val="006C1871"/>
    <w:rsid w:val="006D3EF9"/>
    <w:rsid w:val="00756B8C"/>
    <w:rsid w:val="0077067A"/>
    <w:rsid w:val="00793E09"/>
    <w:rsid w:val="007B7973"/>
    <w:rsid w:val="008024E9"/>
    <w:rsid w:val="00834815"/>
    <w:rsid w:val="00864E4E"/>
    <w:rsid w:val="00875364"/>
    <w:rsid w:val="00886552"/>
    <w:rsid w:val="00886756"/>
    <w:rsid w:val="008E5515"/>
    <w:rsid w:val="00983D3A"/>
    <w:rsid w:val="009A27AA"/>
    <w:rsid w:val="009D602A"/>
    <w:rsid w:val="009E7AFC"/>
    <w:rsid w:val="00A37C5D"/>
    <w:rsid w:val="00A54F75"/>
    <w:rsid w:val="00AA1D8D"/>
    <w:rsid w:val="00AD7D6B"/>
    <w:rsid w:val="00AE3AD0"/>
    <w:rsid w:val="00AF4389"/>
    <w:rsid w:val="00B04BEB"/>
    <w:rsid w:val="00B24D78"/>
    <w:rsid w:val="00B411E0"/>
    <w:rsid w:val="00B47730"/>
    <w:rsid w:val="00BC183B"/>
    <w:rsid w:val="00C04245"/>
    <w:rsid w:val="00C31220"/>
    <w:rsid w:val="00CB0664"/>
    <w:rsid w:val="00D000C1"/>
    <w:rsid w:val="00D53FAA"/>
    <w:rsid w:val="00D769C9"/>
    <w:rsid w:val="00D80BC1"/>
    <w:rsid w:val="00E05068"/>
    <w:rsid w:val="00E11DB9"/>
    <w:rsid w:val="00E206AA"/>
    <w:rsid w:val="00EB4644"/>
    <w:rsid w:val="00ED209D"/>
    <w:rsid w:val="00EF7A8F"/>
    <w:rsid w:val="00F06F82"/>
    <w:rsid w:val="00F10AF9"/>
    <w:rsid w:val="00F111A9"/>
    <w:rsid w:val="00F735D0"/>
    <w:rsid w:val="00FC693F"/>
    <w:rsid w:val="00FE31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A12FBC"/>
  <w14:defaultImageDpi w14:val="300"/>
  <w15:docId w15:val="{E02F031F-6552-4F09-ACAA-49D0CA9AF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Verdana" w:hAnsi="Verdana"/>
      <w:color w:val="1F2529"/>
      <w:sz w:val="20"/>
      <w:lang w:val="es-MX"/>
    </w:rPr>
  </w:style>
  <w:style w:type="paragraph" w:styleId="Ttulo1">
    <w:name w:val="heading 1"/>
    <w:basedOn w:val="Normal"/>
    <w:next w:val="Normal"/>
    <w:link w:val="Ttulo1Car"/>
    <w:uiPriority w:val="9"/>
    <w:qFormat/>
    <w:rsid w:val="00FC693F"/>
    <w:pPr>
      <w:keepNext/>
      <w:keepLines/>
      <w:spacing w:before="240" w:after="120"/>
      <w:outlineLvl w:val="0"/>
    </w:pPr>
    <w:rPr>
      <w:rFonts w:asciiTheme="majorHAnsi" w:eastAsiaTheme="majorEastAsia" w:hAnsiTheme="majorHAnsi" w:cstheme="majorBidi"/>
      <w:b/>
      <w:bCs/>
      <w:color w:val="2C6C42"/>
      <w:sz w:val="28"/>
      <w:szCs w:val="28"/>
    </w:rPr>
  </w:style>
  <w:style w:type="paragraph" w:styleId="Ttulo2">
    <w:name w:val="heading 2"/>
    <w:basedOn w:val="Normal"/>
    <w:next w:val="Normal"/>
    <w:link w:val="Ttulo2Car"/>
    <w:uiPriority w:val="9"/>
    <w:unhideWhenUsed/>
    <w:qFormat/>
    <w:rsid w:val="00FC693F"/>
    <w:pPr>
      <w:keepNext/>
      <w:keepLines/>
      <w:spacing w:before="240" w:after="120"/>
      <w:outlineLvl w:val="1"/>
    </w:pPr>
    <w:rPr>
      <w:rFonts w:asciiTheme="majorHAnsi" w:eastAsiaTheme="majorEastAsia" w:hAnsiTheme="majorHAnsi" w:cstheme="majorBidi"/>
      <w:b/>
      <w:bCs/>
      <w:color w:val="2C6C42"/>
      <w:sz w:val="24"/>
      <w:szCs w:val="26"/>
    </w:rPr>
  </w:style>
  <w:style w:type="paragraph" w:styleId="Ttulo3">
    <w:name w:val="heading 3"/>
    <w:basedOn w:val="Normal"/>
    <w:next w:val="Normal"/>
    <w:link w:val="Ttulo3Car"/>
    <w:uiPriority w:val="9"/>
    <w:unhideWhenUsed/>
    <w:qFormat/>
    <w:rsid w:val="00FC693F"/>
    <w:pPr>
      <w:keepNext/>
      <w:keepLines/>
      <w:spacing w:before="240" w:after="120"/>
      <w:outlineLvl w:val="2"/>
    </w:pPr>
    <w:rPr>
      <w:rFonts w:asciiTheme="majorHAnsi" w:eastAsiaTheme="majorEastAsia" w:hAnsiTheme="majorHAnsi" w:cstheme="majorBidi"/>
      <w:b/>
      <w:bCs/>
      <w:color w:val="17365D"/>
      <w:sz w:val="2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keepNext/>
      <w:pBdr>
        <w:bottom w:val="single" w:sz="8" w:space="4" w:color="4F81BD" w:themeColor="accent1"/>
      </w:pBdr>
      <w:spacing w:before="240" w:after="120" w:line="240" w:lineRule="auto"/>
      <w:contextualSpacing/>
    </w:pPr>
    <w:rPr>
      <w:rFonts w:asciiTheme="majorHAnsi" w:eastAsiaTheme="majorEastAsia" w:hAnsiTheme="majorHAnsi" w:cstheme="majorBidi"/>
      <w:b/>
      <w:color w:val="17365D"/>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Instruction">
    <w:name w:val="Form Instruction"/>
    <w:pPr>
      <w:spacing w:after="100"/>
    </w:pPr>
    <w:rPr>
      <w:rFonts w:ascii="Verdana" w:hAnsi="Verdana"/>
      <w:i/>
      <w:color w:val="586165"/>
      <w:sz w:val="18"/>
    </w:rPr>
  </w:style>
  <w:style w:type="paragraph" w:customStyle="1" w:styleId="AnnexTitle">
    <w:name w:val="Annex Title"/>
    <w:pPr>
      <w:keepNext/>
      <w:spacing w:before="240" w:after="160"/>
      <w:jc w:val="center"/>
    </w:pPr>
    <w:rPr>
      <w:rFonts w:ascii="Verdana" w:hAnsi="Verdana"/>
      <w:b/>
      <w:color w:val="17365D"/>
      <w:sz w:val="30"/>
    </w:rPr>
  </w:style>
  <w:style w:type="character" w:styleId="Refdecomentario">
    <w:name w:val="annotation reference"/>
    <w:basedOn w:val="Fuentedeprrafopredeter"/>
    <w:uiPriority w:val="99"/>
    <w:semiHidden/>
    <w:unhideWhenUsed/>
    <w:rsid w:val="00F06F82"/>
    <w:rPr>
      <w:sz w:val="16"/>
      <w:szCs w:val="16"/>
    </w:rPr>
  </w:style>
  <w:style w:type="paragraph" w:styleId="Textocomentario">
    <w:name w:val="annotation text"/>
    <w:basedOn w:val="Normal"/>
    <w:link w:val="TextocomentarioCar"/>
    <w:uiPriority w:val="99"/>
    <w:unhideWhenUsed/>
    <w:rsid w:val="00F06F82"/>
    <w:pPr>
      <w:spacing w:line="240" w:lineRule="auto"/>
    </w:pPr>
    <w:rPr>
      <w:szCs w:val="20"/>
    </w:rPr>
  </w:style>
  <w:style w:type="character" w:customStyle="1" w:styleId="TextocomentarioCar">
    <w:name w:val="Texto comentario Car"/>
    <w:basedOn w:val="Fuentedeprrafopredeter"/>
    <w:link w:val="Textocomentario"/>
    <w:uiPriority w:val="99"/>
    <w:rsid w:val="00F06F82"/>
    <w:rPr>
      <w:rFonts w:ascii="Verdana" w:hAnsi="Verdana"/>
      <w:color w:val="1F2529"/>
      <w:sz w:val="20"/>
      <w:szCs w:val="20"/>
    </w:rPr>
  </w:style>
  <w:style w:type="paragraph" w:styleId="Asuntodelcomentario">
    <w:name w:val="annotation subject"/>
    <w:basedOn w:val="Textocomentario"/>
    <w:next w:val="Textocomentario"/>
    <w:link w:val="AsuntodelcomentarioCar"/>
    <w:uiPriority w:val="99"/>
    <w:semiHidden/>
    <w:unhideWhenUsed/>
    <w:rsid w:val="00F06F82"/>
    <w:rPr>
      <w:b/>
      <w:bCs/>
    </w:rPr>
  </w:style>
  <w:style w:type="character" w:customStyle="1" w:styleId="AsuntodelcomentarioCar">
    <w:name w:val="Asunto del comentario Car"/>
    <w:basedOn w:val="TextocomentarioCar"/>
    <w:link w:val="Asuntodelcomentario"/>
    <w:uiPriority w:val="99"/>
    <w:semiHidden/>
    <w:rsid w:val="00F06F82"/>
    <w:rPr>
      <w:rFonts w:ascii="Verdana" w:hAnsi="Verdana"/>
      <w:b/>
      <w:bCs/>
      <w:color w:val="1F2529"/>
      <w:sz w:val="20"/>
      <w:szCs w:val="20"/>
    </w:rPr>
  </w:style>
  <w:style w:type="paragraph" w:styleId="Revisin">
    <w:name w:val="Revision"/>
    <w:hidden/>
    <w:uiPriority w:val="99"/>
    <w:semiHidden/>
    <w:rsid w:val="00886552"/>
    <w:pPr>
      <w:spacing w:after="0" w:line="240" w:lineRule="auto"/>
    </w:pPr>
    <w:rPr>
      <w:rFonts w:ascii="Verdana" w:hAnsi="Verdana"/>
      <w:color w:val="1F2529"/>
      <w:sz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1909</Words>
  <Characters>10502</Characters>
  <Application>Microsoft Office Word</Application>
  <DocSecurity>0</DocSecurity>
  <Lines>87</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Formularios Agro-Future Joint Lab - Validación Colaborativa</vt:lpstr>
      <vt:lpstr/>
    </vt:vector>
  </TitlesOfParts>
  <Manager/>
  <Company/>
  <LinksUpToDate>false</LinksUpToDate>
  <CharactersWithSpaces>12387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Formularios Agro-Future Joint Lab - Validación Colaborativa</dc:title>
  <dc:subject>Postulación al desafío de innovación abierta de Martínez &amp; Valdivieso</dc:subject>
  <dc:creator>python-docx</dc:creator>
  <cp:keywords>innovación abierta, validación colaborativa, propiedad intelectual, prioridad de negociación</cp:keywords>
  <dc:description>generated by python-docx</dc:description>
  <cp:lastModifiedBy>Daniela Fuentes Contreras</cp:lastModifiedBy>
  <cp:revision>4</cp:revision>
  <dcterms:created xsi:type="dcterms:W3CDTF">2026-07-10T19:49:00Z</dcterms:created>
  <dcterms:modified xsi:type="dcterms:W3CDTF">2026-07-14T13:44:00Z</dcterms:modified>
  <cp:category/>
</cp:coreProperties>
</file>